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E5FFE" w14:textId="656E9797" w:rsidR="001E31E9" w:rsidRPr="001E31E9" w:rsidRDefault="001E31E9">
      <w:pPr>
        <w:spacing w:after="0"/>
        <w:jc w:val="center"/>
        <w:rPr>
          <w:rFonts w:ascii="TH SarabunPSK" w:hAnsi="TH SarabunPSK" w:cs="TH SarabunPSK"/>
          <w:b/>
          <w:szCs w:val="32"/>
        </w:rPr>
      </w:pPr>
      <w:r w:rsidRPr="001E31E9">
        <w:rPr>
          <w:rFonts w:ascii="TH SarabunPSK" w:hAnsi="TH SarabunPSK" w:cs="TH SarabunPSK"/>
          <w:noProof/>
          <w:szCs w:val="32"/>
        </w:rPr>
        <w:drawing>
          <wp:anchor distT="0" distB="0" distL="114300" distR="114300" simplePos="0" relativeHeight="251659264" behindDoc="1" locked="0" layoutInCell="1" allowOverlap="1" wp14:anchorId="047CF4E6" wp14:editId="2F6CF8FF">
            <wp:simplePos x="0" y="0"/>
            <wp:positionH relativeFrom="margin">
              <wp:posOffset>-1270</wp:posOffset>
            </wp:positionH>
            <wp:positionV relativeFrom="paragraph">
              <wp:posOffset>6985</wp:posOffset>
            </wp:positionV>
            <wp:extent cx="540359" cy="828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59" cy="8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E02B4A" w14:textId="5EDD28AF" w:rsidR="009A06D5" w:rsidRPr="001E31E9" w:rsidRDefault="00297D41">
      <w:pPr>
        <w:spacing w:after="0"/>
        <w:jc w:val="center"/>
        <w:rPr>
          <w:rFonts w:ascii="TH SarabunPSK" w:hAnsi="TH SarabunPSK" w:cs="TH SarabunPSK"/>
          <w:szCs w:val="32"/>
        </w:rPr>
      </w:pPr>
      <w:proofErr w:type="spellStart"/>
      <w:r w:rsidRPr="001E31E9">
        <w:rPr>
          <w:rFonts w:ascii="TH SarabunPSK" w:hAnsi="TH SarabunPSK" w:cs="TH SarabunPSK"/>
          <w:b/>
          <w:szCs w:val="32"/>
        </w:rPr>
        <w:t>บันทึกข้อความ</w:t>
      </w:r>
      <w:proofErr w:type="spellEnd"/>
    </w:p>
    <w:p w14:paraId="45A1E54C" w14:textId="77777777" w:rsidR="001E31E9" w:rsidRPr="001E31E9" w:rsidRDefault="001E31E9">
      <w:pPr>
        <w:spacing w:after="60" w:line="240" w:lineRule="auto"/>
        <w:rPr>
          <w:rFonts w:ascii="TH SarabunPSK" w:hAnsi="TH SarabunPSK" w:cs="TH SarabunPSK"/>
          <w:szCs w:val="32"/>
          <w:cs/>
          <w:lang w:bidi="th-TH"/>
        </w:rPr>
      </w:pPr>
    </w:p>
    <w:p w14:paraId="78E9B063" w14:textId="3715252A" w:rsidR="009A06D5" w:rsidRPr="001E31E9" w:rsidRDefault="00297D41">
      <w:pPr>
        <w:spacing w:after="60" w:line="240" w:lineRule="auto"/>
        <w:rPr>
          <w:rFonts w:ascii="TH SarabunPSK" w:hAnsi="TH SarabunPSK" w:cs="TH SarabunPSK"/>
          <w:szCs w:val="32"/>
        </w:rPr>
      </w:pPr>
      <w:proofErr w:type="spellStart"/>
      <w:proofErr w:type="gramStart"/>
      <w:r w:rsidRPr="00F147B8">
        <w:rPr>
          <w:rFonts w:ascii="TH SarabunPSK" w:hAnsi="TH SarabunPSK" w:cs="TH SarabunPSK"/>
          <w:b/>
          <w:bCs/>
          <w:szCs w:val="32"/>
        </w:rPr>
        <w:t>ส่วนงาน</w:t>
      </w:r>
      <w:proofErr w:type="spellEnd"/>
      <w:r w:rsidRPr="001E31E9">
        <w:rPr>
          <w:rFonts w:ascii="TH SarabunPSK" w:hAnsi="TH SarabunPSK" w:cs="TH SarabunPSK"/>
          <w:szCs w:val="32"/>
        </w:rPr>
        <w:t xml:space="preserve">  ภาควิชา</w:t>
      </w:r>
      <w:proofErr w:type="gramEnd"/>
      <w:r w:rsidRPr="001E31E9">
        <w:rPr>
          <w:rFonts w:ascii="TH SarabunPSK" w:hAnsi="TH SarabunPSK" w:cs="TH SarabunPSK"/>
          <w:szCs w:val="32"/>
        </w:rPr>
        <w:t xml:space="preserve">....................................................................... </w:t>
      </w:r>
      <w:proofErr w:type="spellStart"/>
      <w:r w:rsidRPr="00F147B8">
        <w:rPr>
          <w:rFonts w:ascii="TH SarabunPSK" w:hAnsi="TH SarabunPSK" w:cs="TH SarabunPSK"/>
          <w:b/>
          <w:bCs/>
          <w:szCs w:val="32"/>
        </w:rPr>
        <w:t>โทรศัพท์</w:t>
      </w:r>
      <w:proofErr w:type="spellEnd"/>
      <w:r w:rsidRPr="001E31E9">
        <w:rPr>
          <w:rFonts w:ascii="TH SarabunPSK" w:hAnsi="TH SarabunPSK" w:cs="TH SarabunPSK"/>
          <w:szCs w:val="32"/>
        </w:rPr>
        <w:t>........................................</w:t>
      </w:r>
    </w:p>
    <w:p w14:paraId="3820C592" w14:textId="6E421823" w:rsidR="009A06D5" w:rsidRPr="001E31E9" w:rsidRDefault="00297D41">
      <w:pPr>
        <w:spacing w:after="60" w:line="240" w:lineRule="auto"/>
        <w:rPr>
          <w:rFonts w:ascii="TH SarabunPSK" w:hAnsi="TH SarabunPSK" w:cs="TH SarabunPSK"/>
          <w:szCs w:val="32"/>
        </w:rPr>
      </w:pPr>
      <w:proofErr w:type="spellStart"/>
      <w:proofErr w:type="gramStart"/>
      <w:r w:rsidRPr="00F147B8">
        <w:rPr>
          <w:rFonts w:ascii="TH SarabunPSK" w:hAnsi="TH SarabunPSK" w:cs="TH SarabunPSK"/>
          <w:b/>
          <w:bCs/>
          <w:szCs w:val="32"/>
        </w:rPr>
        <w:t>ที่</w:t>
      </w:r>
      <w:proofErr w:type="spellEnd"/>
      <w:r w:rsidRPr="001E31E9">
        <w:rPr>
          <w:rFonts w:ascii="TH SarabunPSK" w:hAnsi="TH SarabunPSK" w:cs="TH SarabunPSK"/>
          <w:szCs w:val="32"/>
        </w:rPr>
        <w:t xml:space="preserve">  </w:t>
      </w:r>
      <w:proofErr w:type="spellStart"/>
      <w:r w:rsidRPr="001E31E9">
        <w:rPr>
          <w:rFonts w:ascii="TH SarabunPSK" w:hAnsi="TH SarabunPSK" w:cs="TH SarabunPSK"/>
          <w:szCs w:val="32"/>
        </w:rPr>
        <w:t>อว</w:t>
      </w:r>
      <w:proofErr w:type="spellEnd"/>
      <w:proofErr w:type="gramEnd"/>
      <w:r w:rsidRPr="001E31E9">
        <w:rPr>
          <w:rFonts w:ascii="TH SarabunPSK" w:hAnsi="TH SarabunPSK" w:cs="TH SarabunPSK"/>
          <w:szCs w:val="32"/>
        </w:rPr>
        <w:t xml:space="preserve"> 64.23/.........................................................                  </w:t>
      </w:r>
      <w:r w:rsidRPr="00F147B8">
        <w:rPr>
          <w:rFonts w:ascii="TH SarabunPSK" w:hAnsi="TH SarabunPSK" w:cs="TH SarabunPSK"/>
          <w:b/>
          <w:bCs/>
          <w:szCs w:val="32"/>
        </w:rPr>
        <w:t>วันที่</w:t>
      </w:r>
      <w:r w:rsidRPr="001E31E9">
        <w:rPr>
          <w:rFonts w:ascii="TH SarabunPSK" w:hAnsi="TH SarabunPSK" w:cs="TH SarabunPSK"/>
          <w:szCs w:val="32"/>
        </w:rPr>
        <w:t>............................................................</w:t>
      </w:r>
    </w:p>
    <w:p w14:paraId="5C483267" w14:textId="413F9413" w:rsidR="009A06D5" w:rsidRPr="001E31E9" w:rsidRDefault="00297D41">
      <w:pPr>
        <w:spacing w:after="60" w:line="240" w:lineRule="auto"/>
        <w:rPr>
          <w:rFonts w:ascii="TH SarabunPSK" w:hAnsi="TH SarabunPSK" w:cs="TH SarabunPSK"/>
          <w:szCs w:val="32"/>
        </w:rPr>
      </w:pPr>
      <w:proofErr w:type="spellStart"/>
      <w:proofErr w:type="gramStart"/>
      <w:r w:rsidRPr="00F147B8">
        <w:rPr>
          <w:rFonts w:ascii="TH SarabunPSK" w:hAnsi="TH SarabunPSK" w:cs="TH SarabunPSK"/>
          <w:b/>
          <w:bCs/>
          <w:szCs w:val="32"/>
        </w:rPr>
        <w:t>เรื่อง</w:t>
      </w:r>
      <w:proofErr w:type="spellEnd"/>
      <w:r w:rsidRPr="001E31E9">
        <w:rPr>
          <w:rFonts w:ascii="TH SarabunPSK" w:hAnsi="TH SarabunPSK" w:cs="TH SarabunPSK"/>
          <w:szCs w:val="32"/>
        </w:rPr>
        <w:t xml:space="preserve">  ขอรับการสนับสนุนเงินรางวัลสำหรับหัวหน้าโครงการที่ได้รับเงินทุนวิจัยจากแหล่งทุนภายนอก</w:t>
      </w:r>
      <w:proofErr w:type="gramEnd"/>
    </w:p>
    <w:p w14:paraId="533D3C9D" w14:textId="77777777" w:rsidR="001E31E9" w:rsidRPr="001E31E9" w:rsidRDefault="001E31E9">
      <w:pPr>
        <w:spacing w:after="60" w:line="240" w:lineRule="auto"/>
        <w:rPr>
          <w:rFonts w:ascii="TH SarabunPSK" w:hAnsi="TH SarabunPSK" w:cs="TH SarabunPSK"/>
          <w:szCs w:val="32"/>
          <w:lang w:bidi="th-TH"/>
        </w:rPr>
      </w:pPr>
    </w:p>
    <w:p w14:paraId="58C27461" w14:textId="6F4B3124" w:rsidR="009A06D5" w:rsidRPr="001E31E9" w:rsidRDefault="00297D41">
      <w:pPr>
        <w:spacing w:after="60" w:line="240" w:lineRule="auto"/>
        <w:rPr>
          <w:rFonts w:ascii="TH SarabunPSK" w:hAnsi="TH SarabunPSK" w:cs="TH SarabunPSK"/>
          <w:szCs w:val="32"/>
        </w:rPr>
      </w:pPr>
      <w:proofErr w:type="spellStart"/>
      <w:proofErr w:type="gramStart"/>
      <w:r w:rsidRPr="007432D3">
        <w:rPr>
          <w:rFonts w:ascii="TH SarabunPSK" w:hAnsi="TH SarabunPSK" w:cs="TH SarabunPSK"/>
          <w:b/>
          <w:bCs/>
          <w:szCs w:val="32"/>
        </w:rPr>
        <w:t>เรียน</w:t>
      </w:r>
      <w:proofErr w:type="spellEnd"/>
      <w:r w:rsidRPr="001E31E9">
        <w:rPr>
          <w:rFonts w:ascii="TH SarabunPSK" w:hAnsi="TH SarabunPSK" w:cs="TH SarabunPSK"/>
          <w:szCs w:val="32"/>
        </w:rPr>
        <w:t xml:space="preserve">  </w:t>
      </w:r>
      <w:proofErr w:type="spellStart"/>
      <w:r w:rsidRPr="001E31E9">
        <w:rPr>
          <w:rFonts w:ascii="TH SarabunPSK" w:hAnsi="TH SarabunPSK" w:cs="TH SarabunPSK"/>
          <w:szCs w:val="32"/>
        </w:rPr>
        <w:t>รองคณบดีฝ่ายวิจัย</w:t>
      </w:r>
      <w:proofErr w:type="spellEnd"/>
      <w:proofErr w:type="gramEnd"/>
    </w:p>
    <w:p w14:paraId="36F79AB6" w14:textId="790BBEB1" w:rsidR="009A06D5" w:rsidRPr="001E31E9" w:rsidRDefault="00297D41" w:rsidP="001E31E9">
      <w:pPr>
        <w:spacing w:after="60" w:line="240" w:lineRule="auto"/>
        <w:ind w:firstLine="720"/>
        <w:rPr>
          <w:rFonts w:ascii="TH SarabunPSK" w:hAnsi="TH SarabunPSK" w:cs="TH SarabunPSK"/>
          <w:szCs w:val="32"/>
        </w:rPr>
      </w:pPr>
      <w:r w:rsidRPr="001E31E9">
        <w:rPr>
          <w:rFonts w:ascii="TH SarabunPSK" w:hAnsi="TH SarabunPSK" w:cs="TH SarabunPSK"/>
          <w:szCs w:val="32"/>
        </w:rPr>
        <w:t>ด้วยข้าพเจ้า..............................................................................ตำแหน่ง................................................</w:t>
      </w:r>
    </w:p>
    <w:p w14:paraId="5B08FC4C" w14:textId="4970C9C5" w:rsidR="001E31E9" w:rsidRPr="001E31E9" w:rsidRDefault="00297D41">
      <w:pPr>
        <w:spacing w:after="60" w:line="240" w:lineRule="auto"/>
        <w:rPr>
          <w:rFonts w:ascii="TH SarabunPSK" w:hAnsi="TH SarabunPSK" w:cs="TH SarabunPSK"/>
          <w:szCs w:val="32"/>
          <w:lang w:bidi="th-TH"/>
        </w:rPr>
      </w:pPr>
      <w:r w:rsidRPr="001E31E9">
        <w:rPr>
          <w:rFonts w:ascii="TH SarabunPSK" w:hAnsi="TH SarabunPSK" w:cs="TH SarabunPSK"/>
          <w:szCs w:val="32"/>
        </w:rPr>
        <w:t xml:space="preserve">ภาควิชา/สาขาวิชา......................................................... </w:t>
      </w:r>
      <w:proofErr w:type="spellStart"/>
      <w:r w:rsidRPr="001E31E9">
        <w:rPr>
          <w:rFonts w:ascii="TH SarabunPSK" w:hAnsi="TH SarabunPSK" w:cs="TH SarabunPSK"/>
          <w:szCs w:val="32"/>
        </w:rPr>
        <w:t>มีความประสงค์ขอรับการสนับสนุนเงินรางวัล</w:t>
      </w:r>
      <w:r w:rsidR="001E31E9" w:rsidRPr="001E31E9">
        <w:rPr>
          <w:rFonts w:ascii="TH SarabunPSK" w:hAnsi="TH SarabunPSK" w:cs="TH SarabunPSK"/>
          <w:szCs w:val="32"/>
        </w:rPr>
        <w:t>สำหรับ</w:t>
      </w:r>
      <w:proofErr w:type="spellEnd"/>
    </w:p>
    <w:p w14:paraId="44E3BEEE" w14:textId="06F9677B" w:rsidR="009A06D5" w:rsidRPr="001E31E9" w:rsidRDefault="00297D41">
      <w:pPr>
        <w:spacing w:after="60" w:line="240" w:lineRule="auto"/>
        <w:rPr>
          <w:rFonts w:ascii="TH SarabunPSK" w:hAnsi="TH SarabunPSK" w:cs="TH SarabunPSK"/>
          <w:szCs w:val="32"/>
        </w:rPr>
      </w:pPr>
      <w:proofErr w:type="spellStart"/>
      <w:r w:rsidRPr="001E31E9">
        <w:rPr>
          <w:rFonts w:ascii="TH SarabunPSK" w:hAnsi="TH SarabunPSK" w:cs="TH SarabunPSK"/>
          <w:szCs w:val="32"/>
        </w:rPr>
        <w:t>หัวหน้าโครงการที่ได้รับเงินทุนวิจัยจากแหล่งทุนภายนอก</w:t>
      </w:r>
      <w:proofErr w:type="spellEnd"/>
      <w:r w:rsidRPr="001E31E9">
        <w:rPr>
          <w:rFonts w:ascii="TH SarabunPSK" w:hAnsi="TH SarabunPSK" w:cs="TH SarabunPSK"/>
          <w:szCs w:val="32"/>
        </w:rPr>
        <w:t xml:space="preserve"> </w:t>
      </w:r>
      <w:proofErr w:type="spellStart"/>
      <w:r w:rsidRPr="001E31E9">
        <w:rPr>
          <w:rFonts w:ascii="TH SarabunPSK" w:hAnsi="TH SarabunPSK" w:cs="TH SarabunPSK"/>
          <w:szCs w:val="32"/>
        </w:rPr>
        <w:t>โดยมีรายละเอียดโครงการวิจัย</w:t>
      </w:r>
      <w:proofErr w:type="spellEnd"/>
      <w:r w:rsidRPr="001E31E9">
        <w:rPr>
          <w:rFonts w:ascii="TH SarabunPSK" w:hAnsi="TH SarabunPSK" w:cs="TH SarabunPSK"/>
          <w:szCs w:val="32"/>
        </w:rPr>
        <w:t xml:space="preserve"> </w:t>
      </w:r>
      <w:proofErr w:type="spellStart"/>
      <w:r w:rsidRPr="001E31E9">
        <w:rPr>
          <w:rFonts w:ascii="TH SarabunPSK" w:hAnsi="TH SarabunPSK" w:cs="TH SarabunPSK"/>
          <w:szCs w:val="32"/>
        </w:rPr>
        <w:t>ดังนี้</w:t>
      </w:r>
      <w:proofErr w:type="spellEnd"/>
    </w:p>
    <w:p w14:paraId="7020941D" w14:textId="02009C6A" w:rsidR="009A06D5" w:rsidRPr="001E31E9" w:rsidRDefault="001E31E9">
      <w:pPr>
        <w:spacing w:after="60" w:line="240" w:lineRule="auto"/>
        <w:rPr>
          <w:rFonts w:ascii="TH SarabunPSK" w:hAnsi="TH SarabunPSK" w:cs="TH SarabunPSK"/>
          <w:b/>
          <w:szCs w:val="32"/>
        </w:rPr>
      </w:pPr>
      <w:r w:rsidRPr="001E31E9">
        <w:rPr>
          <w:rFonts w:ascii="TH SarabunPSK" w:hAnsi="TH SarabunPSK" w:cs="TH SarabunPSK"/>
          <w:bCs/>
          <w:szCs w:val="32"/>
          <w:cs/>
          <w:lang w:bidi="th-TH"/>
        </w:rPr>
        <w:t>ส่วนที่</w:t>
      </w:r>
      <w:r w:rsidRPr="001E31E9">
        <w:rPr>
          <w:rFonts w:ascii="TH SarabunPSK" w:hAnsi="TH SarabunPSK" w:cs="TH SarabunPSK"/>
          <w:b/>
          <w:szCs w:val="32"/>
          <w:cs/>
          <w:lang w:bidi="th-TH"/>
        </w:rPr>
        <w:t xml:space="preserve"> </w:t>
      </w:r>
      <w:r w:rsidRPr="001E31E9">
        <w:rPr>
          <w:rFonts w:ascii="TH SarabunPSK" w:hAnsi="TH SarabunPSK" w:cs="TH SarabunPSK"/>
          <w:b/>
          <w:szCs w:val="32"/>
        </w:rPr>
        <w:t xml:space="preserve">1. </w:t>
      </w:r>
      <w:proofErr w:type="spellStart"/>
      <w:r w:rsidRPr="001E31E9">
        <w:rPr>
          <w:rFonts w:ascii="TH SarabunPSK" w:hAnsi="TH SarabunPSK" w:cs="TH SarabunPSK"/>
          <w:b/>
          <w:szCs w:val="32"/>
        </w:rPr>
        <w:t>รายละเอียดโครงการวิจัย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09"/>
        <w:gridCol w:w="6540"/>
      </w:tblGrid>
      <w:tr w:rsidR="009A06D5" w:rsidRPr="001E31E9" w14:paraId="3C63018A" w14:textId="77777777" w:rsidTr="000C2ED9">
        <w:trPr>
          <w:jc w:val="center"/>
        </w:trPr>
        <w:tc>
          <w:tcPr>
            <w:tcW w:w="3348" w:type="dxa"/>
            <w:shd w:val="clear" w:color="auto" w:fill="D9D9D9" w:themeFill="background1" w:themeFillShade="D9"/>
            <w:vAlign w:val="center"/>
          </w:tcPr>
          <w:p w14:paraId="2CDF0CB4" w14:textId="77777777" w:rsidR="009A06D5" w:rsidRPr="001E31E9" w:rsidRDefault="00297D41" w:rsidP="007432D3">
            <w:pPr>
              <w:jc w:val="center"/>
              <w:rPr>
                <w:rFonts w:ascii="TH SarabunPSK" w:hAnsi="TH SarabunPSK" w:cs="TH SarabunPSK"/>
                <w:szCs w:val="32"/>
              </w:rPr>
            </w:pPr>
            <w:proofErr w:type="spellStart"/>
            <w:r w:rsidRPr="001E31E9">
              <w:rPr>
                <w:rFonts w:ascii="TH SarabunPSK" w:hAnsi="TH SarabunPSK" w:cs="TH SarabunPSK"/>
                <w:b/>
                <w:szCs w:val="32"/>
              </w:rPr>
              <w:t>รายการ</w:t>
            </w:r>
            <w:proofErr w:type="spellEnd"/>
          </w:p>
        </w:tc>
        <w:tc>
          <w:tcPr>
            <w:tcW w:w="6727" w:type="dxa"/>
            <w:shd w:val="clear" w:color="auto" w:fill="D9D9D9" w:themeFill="background1" w:themeFillShade="D9"/>
            <w:vAlign w:val="center"/>
          </w:tcPr>
          <w:p w14:paraId="03F72C16" w14:textId="77777777" w:rsidR="009A06D5" w:rsidRPr="001E31E9" w:rsidRDefault="00297D41" w:rsidP="007432D3">
            <w:pPr>
              <w:jc w:val="center"/>
              <w:rPr>
                <w:rFonts w:ascii="TH SarabunPSK" w:hAnsi="TH SarabunPSK" w:cs="TH SarabunPSK"/>
                <w:szCs w:val="32"/>
              </w:rPr>
            </w:pPr>
            <w:proofErr w:type="spellStart"/>
            <w:r w:rsidRPr="001E31E9">
              <w:rPr>
                <w:rFonts w:ascii="TH SarabunPSK" w:hAnsi="TH SarabunPSK" w:cs="TH SarabunPSK"/>
                <w:b/>
                <w:szCs w:val="32"/>
              </w:rPr>
              <w:t>รายละเอียด</w:t>
            </w:r>
            <w:proofErr w:type="spellEnd"/>
          </w:p>
        </w:tc>
      </w:tr>
      <w:tr w:rsidR="009A06D5" w:rsidRPr="001E31E9" w14:paraId="479F455E" w14:textId="77777777" w:rsidTr="001E31E9">
        <w:trPr>
          <w:jc w:val="center"/>
        </w:trPr>
        <w:tc>
          <w:tcPr>
            <w:tcW w:w="3348" w:type="dxa"/>
            <w:vAlign w:val="center"/>
          </w:tcPr>
          <w:p w14:paraId="3D3ED1CA" w14:textId="77777777" w:rsidR="009A06D5" w:rsidRPr="001E31E9" w:rsidRDefault="00297D41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7432D3">
              <w:rPr>
                <w:rFonts w:ascii="TH SarabunPSK" w:hAnsi="TH SarabunPSK" w:cs="TH SarabunPSK"/>
                <w:b/>
                <w:bCs/>
                <w:szCs w:val="32"/>
              </w:rPr>
              <w:t>โครงการที่</w:t>
            </w:r>
            <w:proofErr w:type="spellEnd"/>
            <w:r w:rsidRPr="007432D3">
              <w:rPr>
                <w:rFonts w:ascii="TH SarabunPSK" w:hAnsi="TH SarabunPSK" w:cs="TH SarabunPSK"/>
                <w:b/>
                <w:bCs/>
                <w:szCs w:val="32"/>
              </w:rPr>
              <w:t xml:space="preserve"> 1:</w:t>
            </w:r>
            <w:r w:rsidRPr="001E31E9">
              <w:rPr>
                <w:rFonts w:ascii="TH SarabunPSK" w:hAnsi="TH SarabunPSK" w:cs="TH SarabunPSK"/>
                <w:szCs w:val="32"/>
              </w:rPr>
              <w:t xml:space="preserve"> </w:t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ชื่อโครงการวิจัย</w:t>
            </w:r>
            <w:proofErr w:type="spellEnd"/>
          </w:p>
        </w:tc>
        <w:tc>
          <w:tcPr>
            <w:tcW w:w="6727" w:type="dxa"/>
            <w:vAlign w:val="center"/>
          </w:tcPr>
          <w:p w14:paraId="2E03173D" w14:textId="583E6C0D" w:rsidR="009A06D5" w:rsidRPr="001E31E9" w:rsidRDefault="009A06D5">
            <w:pPr>
              <w:rPr>
                <w:rFonts w:ascii="TH SarabunPSK" w:hAnsi="TH SarabunPSK" w:cs="TH SarabunPSK"/>
                <w:szCs w:val="32"/>
              </w:rPr>
            </w:pPr>
          </w:p>
        </w:tc>
      </w:tr>
      <w:tr w:rsidR="009A06D5" w:rsidRPr="001E31E9" w14:paraId="34B7E37A" w14:textId="77777777" w:rsidTr="001E31E9">
        <w:trPr>
          <w:jc w:val="center"/>
        </w:trPr>
        <w:tc>
          <w:tcPr>
            <w:tcW w:w="3348" w:type="dxa"/>
            <w:vAlign w:val="center"/>
          </w:tcPr>
          <w:p w14:paraId="4435088E" w14:textId="77777777" w:rsidR="009A06D5" w:rsidRPr="001E31E9" w:rsidRDefault="00297D41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รหัสประกาศของโครงการวิจัย</w:t>
            </w:r>
            <w:proofErr w:type="spellEnd"/>
          </w:p>
        </w:tc>
        <w:tc>
          <w:tcPr>
            <w:tcW w:w="6727" w:type="dxa"/>
            <w:vAlign w:val="center"/>
          </w:tcPr>
          <w:p w14:paraId="41960E85" w14:textId="187D2077" w:rsidR="009A06D5" w:rsidRPr="001E31E9" w:rsidRDefault="009A06D5">
            <w:pPr>
              <w:rPr>
                <w:rFonts w:ascii="TH SarabunPSK" w:hAnsi="TH SarabunPSK" w:cs="TH SarabunPSK"/>
                <w:szCs w:val="32"/>
                <w:lang w:bidi="th-TH"/>
              </w:rPr>
            </w:pPr>
          </w:p>
        </w:tc>
      </w:tr>
      <w:tr w:rsidR="009A06D5" w:rsidRPr="001E31E9" w14:paraId="687610C7" w14:textId="77777777" w:rsidTr="001E31E9">
        <w:trPr>
          <w:jc w:val="center"/>
        </w:trPr>
        <w:tc>
          <w:tcPr>
            <w:tcW w:w="3348" w:type="dxa"/>
            <w:vAlign w:val="center"/>
          </w:tcPr>
          <w:p w14:paraId="0D9E8D06" w14:textId="77777777" w:rsidR="009A06D5" w:rsidRPr="001E31E9" w:rsidRDefault="00297D41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แหล่งทุนภายนอก</w:t>
            </w:r>
            <w:proofErr w:type="spellEnd"/>
          </w:p>
        </w:tc>
        <w:tc>
          <w:tcPr>
            <w:tcW w:w="6727" w:type="dxa"/>
            <w:vAlign w:val="center"/>
          </w:tcPr>
          <w:p w14:paraId="1694E085" w14:textId="13532F9A" w:rsidR="009A06D5" w:rsidRPr="001E31E9" w:rsidRDefault="009A06D5">
            <w:pPr>
              <w:rPr>
                <w:rFonts w:ascii="TH SarabunPSK" w:hAnsi="TH SarabunPSK" w:cs="TH SarabunPSK"/>
                <w:szCs w:val="32"/>
              </w:rPr>
            </w:pPr>
          </w:p>
        </w:tc>
      </w:tr>
      <w:tr w:rsidR="009A06D5" w:rsidRPr="001E31E9" w14:paraId="23D1851F" w14:textId="77777777" w:rsidTr="001E31E9">
        <w:trPr>
          <w:jc w:val="center"/>
        </w:trPr>
        <w:tc>
          <w:tcPr>
            <w:tcW w:w="3348" w:type="dxa"/>
            <w:vAlign w:val="center"/>
          </w:tcPr>
          <w:p w14:paraId="146E808E" w14:textId="77777777" w:rsidR="009A06D5" w:rsidRPr="001E31E9" w:rsidRDefault="00297D41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ระยะเวลาดำเนินโครงการ</w:t>
            </w:r>
            <w:proofErr w:type="spellEnd"/>
          </w:p>
        </w:tc>
        <w:tc>
          <w:tcPr>
            <w:tcW w:w="6727" w:type="dxa"/>
            <w:vAlign w:val="center"/>
          </w:tcPr>
          <w:p w14:paraId="6E468E64" w14:textId="1D85E44B" w:rsidR="009A06D5" w:rsidRPr="001E31E9" w:rsidRDefault="00297D41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ตั้งแต่วันที่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t>.....................</w:t>
            </w:r>
            <w:r w:rsidR="001E31E9"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.............</w:t>
            </w:r>
            <w:r w:rsidR="001E31E9">
              <w:rPr>
                <w:rFonts w:ascii="TH SarabunPSK" w:hAnsi="TH SarabunPSK" w:cs="TH SarabunPSK" w:hint="cs"/>
                <w:szCs w:val="32"/>
                <w:cs/>
                <w:lang w:bidi="th-TH"/>
              </w:rPr>
              <w:t>...</w:t>
            </w:r>
            <w:r w:rsidRPr="001E31E9">
              <w:rPr>
                <w:rFonts w:ascii="TH SarabunPSK" w:hAnsi="TH SarabunPSK" w:cs="TH SarabunPSK"/>
                <w:szCs w:val="32"/>
              </w:rPr>
              <w:t xml:space="preserve"> </w:t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ถึงวันที่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t>.........</w:t>
            </w:r>
            <w:r w:rsidR="001E31E9"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...................................</w:t>
            </w:r>
            <w:r w:rsidRPr="001E31E9">
              <w:rPr>
                <w:rFonts w:ascii="TH SarabunPSK" w:hAnsi="TH SarabunPSK" w:cs="TH SarabunPSK"/>
                <w:szCs w:val="32"/>
              </w:rPr>
              <w:t xml:space="preserve">........ </w:t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รวม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t>....</w:t>
            </w:r>
            <w:r w:rsidR="001E31E9"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...............</w:t>
            </w:r>
            <w:r w:rsidRPr="001E31E9">
              <w:rPr>
                <w:rFonts w:ascii="TH SarabunPSK" w:hAnsi="TH SarabunPSK" w:cs="TH SarabunPSK"/>
                <w:szCs w:val="32"/>
              </w:rPr>
              <w:t>....</w:t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ปี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t>....</w:t>
            </w:r>
            <w:r w:rsidR="001E31E9"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................</w:t>
            </w:r>
            <w:r w:rsidRPr="001E31E9">
              <w:rPr>
                <w:rFonts w:ascii="TH SarabunPSK" w:hAnsi="TH SarabunPSK" w:cs="TH SarabunPSK"/>
                <w:szCs w:val="32"/>
              </w:rPr>
              <w:t>....</w:t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เดือน</w:t>
            </w:r>
            <w:proofErr w:type="spellEnd"/>
          </w:p>
        </w:tc>
      </w:tr>
      <w:tr w:rsidR="009A06D5" w:rsidRPr="001E31E9" w14:paraId="1B7B43F7" w14:textId="77777777" w:rsidTr="001E31E9">
        <w:trPr>
          <w:jc w:val="center"/>
        </w:trPr>
        <w:tc>
          <w:tcPr>
            <w:tcW w:w="3348" w:type="dxa"/>
            <w:vAlign w:val="center"/>
          </w:tcPr>
          <w:p w14:paraId="37ECB43A" w14:textId="77777777" w:rsidR="009A06D5" w:rsidRPr="001E31E9" w:rsidRDefault="00297D41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ปีงบประมาณที่ได้รับทุน</w:t>
            </w:r>
            <w:proofErr w:type="spellEnd"/>
          </w:p>
        </w:tc>
        <w:tc>
          <w:tcPr>
            <w:tcW w:w="6727" w:type="dxa"/>
            <w:vAlign w:val="center"/>
          </w:tcPr>
          <w:p w14:paraId="0ECAF73B" w14:textId="7955ED86" w:rsidR="009A06D5" w:rsidRPr="001E31E9" w:rsidRDefault="009A06D5">
            <w:pPr>
              <w:rPr>
                <w:rFonts w:ascii="TH SarabunPSK" w:hAnsi="TH SarabunPSK" w:cs="TH SarabunPSK"/>
                <w:szCs w:val="32"/>
              </w:rPr>
            </w:pPr>
          </w:p>
        </w:tc>
      </w:tr>
      <w:tr w:rsidR="009A06D5" w:rsidRPr="001E31E9" w14:paraId="637E7BE1" w14:textId="77777777" w:rsidTr="001E31E9">
        <w:trPr>
          <w:jc w:val="center"/>
        </w:trPr>
        <w:tc>
          <w:tcPr>
            <w:tcW w:w="3348" w:type="dxa"/>
            <w:vAlign w:val="center"/>
          </w:tcPr>
          <w:p w14:paraId="62EB10AD" w14:textId="530EFA3E" w:rsidR="009A06D5" w:rsidRPr="001E31E9" w:rsidRDefault="00297D41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7432D3">
              <w:rPr>
                <w:rFonts w:ascii="TH SarabunPSK" w:hAnsi="TH SarabunPSK" w:cs="TH SarabunPSK"/>
                <w:b/>
                <w:bCs/>
                <w:szCs w:val="32"/>
              </w:rPr>
              <w:t>โครงการที่</w:t>
            </w:r>
            <w:proofErr w:type="spellEnd"/>
            <w:r w:rsidRPr="007432D3">
              <w:rPr>
                <w:rFonts w:ascii="TH SarabunPSK" w:hAnsi="TH SarabunPSK" w:cs="TH SarabunPSK"/>
                <w:b/>
                <w:bCs/>
                <w:szCs w:val="32"/>
              </w:rPr>
              <w:t xml:space="preserve"> </w:t>
            </w:r>
            <w:proofErr w:type="gramStart"/>
            <w:r w:rsidRPr="007432D3">
              <w:rPr>
                <w:rFonts w:ascii="TH SarabunPSK" w:hAnsi="TH SarabunPSK" w:cs="TH SarabunPSK"/>
                <w:b/>
                <w:bCs/>
                <w:szCs w:val="32"/>
              </w:rPr>
              <w:t>2</w:t>
            </w:r>
            <w:r w:rsidR="001E31E9" w:rsidRPr="007432D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 xml:space="preserve"> </w:t>
            </w:r>
            <w:r w:rsidRPr="007432D3">
              <w:rPr>
                <w:rFonts w:ascii="TH SarabunPSK" w:hAnsi="TH SarabunPSK" w:cs="TH SarabunPSK"/>
                <w:b/>
                <w:bCs/>
                <w:szCs w:val="32"/>
              </w:rPr>
              <w:t>:</w:t>
            </w:r>
            <w:proofErr w:type="gramEnd"/>
            <w:r w:rsidRPr="001E31E9">
              <w:rPr>
                <w:rFonts w:ascii="TH SarabunPSK" w:hAnsi="TH SarabunPSK" w:cs="TH SarabunPSK"/>
                <w:szCs w:val="32"/>
              </w:rPr>
              <w:t xml:space="preserve"> </w:t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ชื่อโครงการวิจัย</w:t>
            </w:r>
            <w:proofErr w:type="spellEnd"/>
          </w:p>
        </w:tc>
        <w:tc>
          <w:tcPr>
            <w:tcW w:w="6727" w:type="dxa"/>
            <w:vAlign w:val="center"/>
          </w:tcPr>
          <w:p w14:paraId="6EEBB4A8" w14:textId="708631ED" w:rsidR="009A06D5" w:rsidRPr="001E31E9" w:rsidRDefault="009A06D5">
            <w:pPr>
              <w:rPr>
                <w:rFonts w:ascii="TH SarabunPSK" w:hAnsi="TH SarabunPSK" w:cs="TH SarabunPSK"/>
                <w:szCs w:val="32"/>
              </w:rPr>
            </w:pPr>
          </w:p>
        </w:tc>
      </w:tr>
      <w:tr w:rsidR="009A06D5" w:rsidRPr="001E31E9" w14:paraId="5E287BC3" w14:textId="77777777" w:rsidTr="001E31E9">
        <w:trPr>
          <w:jc w:val="center"/>
        </w:trPr>
        <w:tc>
          <w:tcPr>
            <w:tcW w:w="3348" w:type="dxa"/>
            <w:vAlign w:val="center"/>
          </w:tcPr>
          <w:p w14:paraId="0663417B" w14:textId="77777777" w:rsidR="009A06D5" w:rsidRPr="001E31E9" w:rsidRDefault="00297D41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รหัสประกาศของโครงการวิจัย</w:t>
            </w:r>
            <w:proofErr w:type="spellEnd"/>
          </w:p>
        </w:tc>
        <w:tc>
          <w:tcPr>
            <w:tcW w:w="6727" w:type="dxa"/>
            <w:vAlign w:val="center"/>
          </w:tcPr>
          <w:p w14:paraId="28D3BDE3" w14:textId="673641DD" w:rsidR="009A06D5" w:rsidRPr="001E31E9" w:rsidRDefault="009A06D5">
            <w:pPr>
              <w:rPr>
                <w:rFonts w:ascii="TH SarabunPSK" w:hAnsi="TH SarabunPSK" w:cs="TH SarabunPSK"/>
                <w:szCs w:val="32"/>
              </w:rPr>
            </w:pPr>
          </w:p>
        </w:tc>
      </w:tr>
      <w:tr w:rsidR="009A06D5" w:rsidRPr="001E31E9" w14:paraId="080E90E7" w14:textId="77777777" w:rsidTr="001E31E9">
        <w:trPr>
          <w:jc w:val="center"/>
        </w:trPr>
        <w:tc>
          <w:tcPr>
            <w:tcW w:w="3348" w:type="dxa"/>
            <w:vAlign w:val="center"/>
          </w:tcPr>
          <w:p w14:paraId="5220E0EC" w14:textId="77777777" w:rsidR="009A06D5" w:rsidRPr="001E31E9" w:rsidRDefault="00297D41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แหล่งทุนภายนอก</w:t>
            </w:r>
            <w:proofErr w:type="spellEnd"/>
          </w:p>
        </w:tc>
        <w:tc>
          <w:tcPr>
            <w:tcW w:w="6727" w:type="dxa"/>
            <w:vAlign w:val="center"/>
          </w:tcPr>
          <w:p w14:paraId="5261ABF4" w14:textId="2789A35D" w:rsidR="009A06D5" w:rsidRPr="001E31E9" w:rsidRDefault="009A06D5">
            <w:pPr>
              <w:rPr>
                <w:rFonts w:ascii="TH SarabunPSK" w:hAnsi="TH SarabunPSK" w:cs="TH SarabunPSK"/>
                <w:szCs w:val="32"/>
              </w:rPr>
            </w:pPr>
          </w:p>
        </w:tc>
      </w:tr>
      <w:tr w:rsidR="009A06D5" w:rsidRPr="001E31E9" w14:paraId="34C20714" w14:textId="77777777" w:rsidTr="001E31E9">
        <w:trPr>
          <w:jc w:val="center"/>
        </w:trPr>
        <w:tc>
          <w:tcPr>
            <w:tcW w:w="3348" w:type="dxa"/>
            <w:vAlign w:val="center"/>
          </w:tcPr>
          <w:p w14:paraId="31D9988E" w14:textId="77777777" w:rsidR="009A06D5" w:rsidRPr="001E31E9" w:rsidRDefault="00297D41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ระยะเวลาดำเนินโครงการ</w:t>
            </w:r>
            <w:proofErr w:type="spellEnd"/>
          </w:p>
        </w:tc>
        <w:tc>
          <w:tcPr>
            <w:tcW w:w="6727" w:type="dxa"/>
            <w:vAlign w:val="center"/>
          </w:tcPr>
          <w:p w14:paraId="03BE40A1" w14:textId="3FE51978" w:rsidR="009A06D5" w:rsidRPr="001E31E9" w:rsidRDefault="001E31E9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ตั้งแต่วันที่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t>.....................</w:t>
            </w:r>
            <w:r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...........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...</w:t>
            </w:r>
            <w:r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</w:t>
            </w:r>
            <w:r w:rsidRPr="001E31E9">
              <w:rPr>
                <w:rFonts w:ascii="TH SarabunPSK" w:hAnsi="TH SarabunPSK" w:cs="TH SarabunPSK"/>
                <w:szCs w:val="32"/>
              </w:rPr>
              <w:t>......</w:t>
            </w:r>
            <w:r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</w:t>
            </w:r>
            <w:r w:rsidRPr="001E31E9">
              <w:rPr>
                <w:rFonts w:ascii="TH SarabunPSK" w:hAnsi="TH SarabunPSK" w:cs="TH SarabunPSK"/>
                <w:szCs w:val="32"/>
              </w:rPr>
              <w:t xml:space="preserve"> </w:t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ถึงวันที่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t>.........</w:t>
            </w:r>
            <w:r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......................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.........</w:t>
            </w:r>
            <w:r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.............</w:t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รวม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t>....</w:t>
            </w:r>
            <w:r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...............</w:t>
            </w:r>
            <w:r w:rsidRPr="001E31E9">
              <w:rPr>
                <w:rFonts w:ascii="TH SarabunPSK" w:hAnsi="TH SarabunPSK" w:cs="TH SarabunPSK"/>
                <w:szCs w:val="32"/>
              </w:rPr>
              <w:t>....</w:t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ปี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t>....</w:t>
            </w:r>
            <w:r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................</w:t>
            </w:r>
            <w:r w:rsidRPr="001E31E9">
              <w:rPr>
                <w:rFonts w:ascii="TH SarabunPSK" w:hAnsi="TH SarabunPSK" w:cs="TH SarabunPSK"/>
                <w:szCs w:val="32"/>
              </w:rPr>
              <w:t>....</w:t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เดือน</w:t>
            </w:r>
            <w:proofErr w:type="spellEnd"/>
          </w:p>
        </w:tc>
      </w:tr>
      <w:tr w:rsidR="009A06D5" w:rsidRPr="001E31E9" w14:paraId="4EDFB48C" w14:textId="77777777" w:rsidTr="001E31E9">
        <w:trPr>
          <w:jc w:val="center"/>
        </w:trPr>
        <w:tc>
          <w:tcPr>
            <w:tcW w:w="3348" w:type="dxa"/>
            <w:vAlign w:val="center"/>
          </w:tcPr>
          <w:p w14:paraId="129652A6" w14:textId="77777777" w:rsidR="009A06D5" w:rsidRPr="001E31E9" w:rsidRDefault="00297D41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ปีงบประมาณที่ได้รับทุน</w:t>
            </w:r>
            <w:proofErr w:type="spellEnd"/>
          </w:p>
        </w:tc>
        <w:tc>
          <w:tcPr>
            <w:tcW w:w="6727" w:type="dxa"/>
            <w:vAlign w:val="center"/>
          </w:tcPr>
          <w:p w14:paraId="2BED6F9D" w14:textId="00A2FAB6" w:rsidR="009A06D5" w:rsidRPr="001E31E9" w:rsidRDefault="009A06D5">
            <w:pPr>
              <w:rPr>
                <w:rFonts w:ascii="TH SarabunPSK" w:hAnsi="TH SarabunPSK" w:cs="TH SarabunPSK"/>
                <w:szCs w:val="32"/>
              </w:rPr>
            </w:pPr>
          </w:p>
        </w:tc>
      </w:tr>
      <w:tr w:rsidR="007432D3" w:rsidRPr="001E31E9" w14:paraId="6282EF0D" w14:textId="77777777" w:rsidTr="007432D3">
        <w:tblPrEx>
          <w:jc w:val="left"/>
        </w:tblPrEx>
        <w:tc>
          <w:tcPr>
            <w:tcW w:w="3348" w:type="dxa"/>
          </w:tcPr>
          <w:p w14:paraId="24FED862" w14:textId="2DDD4187" w:rsidR="007432D3" w:rsidRPr="001E31E9" w:rsidRDefault="007432D3" w:rsidP="00752988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7432D3">
              <w:rPr>
                <w:rFonts w:ascii="TH SarabunPSK" w:hAnsi="TH SarabunPSK" w:cs="TH SarabunPSK"/>
                <w:b/>
                <w:bCs/>
                <w:szCs w:val="32"/>
              </w:rPr>
              <w:t>โครงการที่</w:t>
            </w:r>
            <w:proofErr w:type="spellEnd"/>
            <w:r w:rsidRPr="007432D3">
              <w:rPr>
                <w:rFonts w:ascii="TH SarabunPSK" w:hAnsi="TH SarabunPSK" w:cs="TH SarabunPSK"/>
                <w:b/>
                <w:bCs/>
                <w:szCs w:val="32"/>
              </w:rPr>
              <w:t xml:space="preserve"> </w:t>
            </w:r>
            <w:proofErr w:type="gramStart"/>
            <w:r w:rsidRPr="007432D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3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 xml:space="preserve"> </w:t>
            </w:r>
            <w:r w:rsidRPr="007432D3">
              <w:rPr>
                <w:rFonts w:ascii="TH SarabunPSK" w:hAnsi="TH SarabunPSK" w:cs="TH SarabunPSK"/>
                <w:b/>
                <w:bCs/>
                <w:szCs w:val="32"/>
              </w:rPr>
              <w:t>:</w:t>
            </w:r>
            <w:proofErr w:type="gramEnd"/>
            <w:r w:rsidRPr="001E31E9">
              <w:rPr>
                <w:rFonts w:ascii="TH SarabunPSK" w:hAnsi="TH SarabunPSK" w:cs="TH SarabunPSK"/>
                <w:szCs w:val="32"/>
              </w:rPr>
              <w:t xml:space="preserve"> </w:t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ชื่อโครงการวิจัย</w:t>
            </w:r>
            <w:proofErr w:type="spellEnd"/>
          </w:p>
        </w:tc>
        <w:tc>
          <w:tcPr>
            <w:tcW w:w="6727" w:type="dxa"/>
          </w:tcPr>
          <w:p w14:paraId="5FBFF766" w14:textId="77777777" w:rsidR="007432D3" w:rsidRPr="001E31E9" w:rsidRDefault="007432D3" w:rsidP="00752988">
            <w:pPr>
              <w:rPr>
                <w:rFonts w:ascii="TH SarabunPSK" w:hAnsi="TH SarabunPSK" w:cs="TH SarabunPSK"/>
                <w:szCs w:val="32"/>
              </w:rPr>
            </w:pPr>
          </w:p>
        </w:tc>
      </w:tr>
      <w:tr w:rsidR="007432D3" w:rsidRPr="001E31E9" w14:paraId="13193782" w14:textId="77777777" w:rsidTr="007432D3">
        <w:tblPrEx>
          <w:jc w:val="left"/>
        </w:tblPrEx>
        <w:tc>
          <w:tcPr>
            <w:tcW w:w="3348" w:type="dxa"/>
          </w:tcPr>
          <w:p w14:paraId="5419AE3F" w14:textId="77777777" w:rsidR="007432D3" w:rsidRPr="001E31E9" w:rsidRDefault="007432D3" w:rsidP="00752988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รหัสประกาศของโครงการวิจัย</w:t>
            </w:r>
            <w:proofErr w:type="spellEnd"/>
          </w:p>
        </w:tc>
        <w:tc>
          <w:tcPr>
            <w:tcW w:w="6727" w:type="dxa"/>
          </w:tcPr>
          <w:p w14:paraId="783E8FA2" w14:textId="77777777" w:rsidR="007432D3" w:rsidRPr="001E31E9" w:rsidRDefault="007432D3" w:rsidP="00752988">
            <w:pPr>
              <w:rPr>
                <w:rFonts w:ascii="TH SarabunPSK" w:hAnsi="TH SarabunPSK" w:cs="TH SarabunPSK"/>
                <w:szCs w:val="32"/>
              </w:rPr>
            </w:pPr>
          </w:p>
        </w:tc>
      </w:tr>
      <w:tr w:rsidR="007432D3" w:rsidRPr="001E31E9" w14:paraId="6AB410DE" w14:textId="77777777" w:rsidTr="007432D3">
        <w:tblPrEx>
          <w:jc w:val="left"/>
        </w:tblPrEx>
        <w:tc>
          <w:tcPr>
            <w:tcW w:w="3348" w:type="dxa"/>
          </w:tcPr>
          <w:p w14:paraId="4973413B" w14:textId="77777777" w:rsidR="007432D3" w:rsidRPr="001E31E9" w:rsidRDefault="007432D3" w:rsidP="00752988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แหล่งทุนภายนอก</w:t>
            </w:r>
            <w:proofErr w:type="spellEnd"/>
          </w:p>
        </w:tc>
        <w:tc>
          <w:tcPr>
            <w:tcW w:w="6727" w:type="dxa"/>
          </w:tcPr>
          <w:p w14:paraId="659A4774" w14:textId="77777777" w:rsidR="007432D3" w:rsidRPr="001E31E9" w:rsidRDefault="007432D3" w:rsidP="00752988">
            <w:pPr>
              <w:rPr>
                <w:rFonts w:ascii="TH SarabunPSK" w:hAnsi="TH SarabunPSK" w:cs="TH SarabunPSK"/>
                <w:szCs w:val="32"/>
              </w:rPr>
            </w:pPr>
          </w:p>
        </w:tc>
      </w:tr>
      <w:tr w:rsidR="007432D3" w:rsidRPr="001E31E9" w14:paraId="495FD144" w14:textId="77777777" w:rsidTr="007432D3">
        <w:tblPrEx>
          <w:jc w:val="left"/>
        </w:tblPrEx>
        <w:tc>
          <w:tcPr>
            <w:tcW w:w="3348" w:type="dxa"/>
            <w:vAlign w:val="center"/>
          </w:tcPr>
          <w:p w14:paraId="18F80BCA" w14:textId="77777777" w:rsidR="007432D3" w:rsidRPr="001E31E9" w:rsidRDefault="007432D3" w:rsidP="007432D3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ระยะเวลาดำเนินโครงการ</w:t>
            </w:r>
            <w:proofErr w:type="spellEnd"/>
          </w:p>
        </w:tc>
        <w:tc>
          <w:tcPr>
            <w:tcW w:w="6727" w:type="dxa"/>
          </w:tcPr>
          <w:p w14:paraId="7EE8F083" w14:textId="77777777" w:rsidR="007432D3" w:rsidRPr="001E31E9" w:rsidRDefault="007432D3" w:rsidP="00752988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ตั้งแต่วันที่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t>.....................</w:t>
            </w:r>
            <w:r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...........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...</w:t>
            </w:r>
            <w:r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</w:t>
            </w:r>
            <w:r w:rsidRPr="001E31E9">
              <w:rPr>
                <w:rFonts w:ascii="TH SarabunPSK" w:hAnsi="TH SarabunPSK" w:cs="TH SarabunPSK"/>
                <w:szCs w:val="32"/>
              </w:rPr>
              <w:t>......</w:t>
            </w:r>
            <w:r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</w:t>
            </w:r>
            <w:r w:rsidRPr="001E31E9">
              <w:rPr>
                <w:rFonts w:ascii="TH SarabunPSK" w:hAnsi="TH SarabunPSK" w:cs="TH SarabunPSK"/>
                <w:szCs w:val="32"/>
              </w:rPr>
              <w:t xml:space="preserve"> </w:t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ถึงวันที่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t>.........</w:t>
            </w:r>
            <w:r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......................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.........</w:t>
            </w:r>
            <w:r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.............</w:t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รวม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t>....</w:t>
            </w:r>
            <w:r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...............</w:t>
            </w:r>
            <w:r w:rsidRPr="001E31E9">
              <w:rPr>
                <w:rFonts w:ascii="TH SarabunPSK" w:hAnsi="TH SarabunPSK" w:cs="TH SarabunPSK"/>
                <w:szCs w:val="32"/>
              </w:rPr>
              <w:t>....</w:t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ปี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t>....</w:t>
            </w:r>
            <w:r w:rsidRPr="001E31E9">
              <w:rPr>
                <w:rFonts w:ascii="TH SarabunPSK" w:hAnsi="TH SarabunPSK" w:cs="TH SarabunPSK"/>
                <w:szCs w:val="32"/>
                <w:cs/>
                <w:lang w:bidi="th-TH"/>
              </w:rPr>
              <w:t>................</w:t>
            </w:r>
            <w:r w:rsidRPr="001E31E9">
              <w:rPr>
                <w:rFonts w:ascii="TH SarabunPSK" w:hAnsi="TH SarabunPSK" w:cs="TH SarabunPSK"/>
                <w:szCs w:val="32"/>
              </w:rPr>
              <w:t>....</w:t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เดือน</w:t>
            </w:r>
            <w:proofErr w:type="spellEnd"/>
          </w:p>
        </w:tc>
      </w:tr>
      <w:tr w:rsidR="007432D3" w:rsidRPr="001E31E9" w14:paraId="782DBB4B" w14:textId="77777777" w:rsidTr="007432D3">
        <w:tblPrEx>
          <w:jc w:val="left"/>
        </w:tblPrEx>
        <w:tc>
          <w:tcPr>
            <w:tcW w:w="3348" w:type="dxa"/>
          </w:tcPr>
          <w:p w14:paraId="7BEC0B52" w14:textId="77777777" w:rsidR="007432D3" w:rsidRPr="001E31E9" w:rsidRDefault="007432D3" w:rsidP="00752988">
            <w:pPr>
              <w:rPr>
                <w:rFonts w:ascii="TH SarabunPSK" w:hAnsi="TH SarabunPSK" w:cs="TH SarabunPSK"/>
                <w:szCs w:val="32"/>
              </w:rPr>
            </w:pP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ปีงบประมาณที่ได้รับทุน</w:t>
            </w:r>
            <w:proofErr w:type="spellEnd"/>
          </w:p>
        </w:tc>
        <w:tc>
          <w:tcPr>
            <w:tcW w:w="6727" w:type="dxa"/>
          </w:tcPr>
          <w:p w14:paraId="297B3F07" w14:textId="77777777" w:rsidR="007432D3" w:rsidRPr="001E31E9" w:rsidRDefault="007432D3" w:rsidP="00752988">
            <w:pPr>
              <w:rPr>
                <w:rFonts w:ascii="TH SarabunPSK" w:hAnsi="TH SarabunPSK" w:cs="TH SarabunPSK"/>
                <w:szCs w:val="32"/>
              </w:rPr>
            </w:pPr>
          </w:p>
        </w:tc>
      </w:tr>
      <w:tr w:rsidR="007432D3" w:rsidRPr="001E31E9" w14:paraId="2B2078B7" w14:textId="77777777" w:rsidTr="007432D3">
        <w:tblPrEx>
          <w:jc w:val="left"/>
        </w:tblPrEx>
        <w:tc>
          <w:tcPr>
            <w:tcW w:w="3348" w:type="dxa"/>
          </w:tcPr>
          <w:p w14:paraId="5DBEDAB9" w14:textId="788725B1" w:rsidR="007432D3" w:rsidRPr="007432D3" w:rsidRDefault="007432D3" w:rsidP="00752988">
            <w:pPr>
              <w:rPr>
                <w:rFonts w:ascii="TH SarabunPSK" w:hAnsi="TH SarabunPSK" w:cs="TH SarabunPSK"/>
                <w:b/>
                <w:bCs/>
                <w:szCs w:val="32"/>
                <w:lang w:bidi="th-TH"/>
              </w:rPr>
            </w:pPr>
            <w:r w:rsidRPr="007432D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รวมเป็นเงินทั้งสิ้น</w:t>
            </w:r>
          </w:p>
        </w:tc>
        <w:tc>
          <w:tcPr>
            <w:tcW w:w="6727" w:type="dxa"/>
          </w:tcPr>
          <w:p w14:paraId="7DD9E483" w14:textId="11E912E6" w:rsidR="007432D3" w:rsidRPr="001E31E9" w:rsidRDefault="007432D3" w:rsidP="00752988">
            <w:pPr>
              <w:rPr>
                <w:rFonts w:ascii="TH SarabunPSK" w:hAnsi="TH SarabunPSK" w:cs="TH SarabunPSK"/>
                <w:szCs w:val="32"/>
                <w:lang w:bidi="th-TH"/>
              </w:rPr>
            </w:pPr>
          </w:p>
        </w:tc>
      </w:tr>
    </w:tbl>
    <w:p w14:paraId="4201A28E" w14:textId="77777777" w:rsidR="001E31E9" w:rsidRDefault="001E31E9">
      <w:pPr>
        <w:spacing w:after="60" w:line="240" w:lineRule="auto"/>
        <w:rPr>
          <w:rFonts w:ascii="TH SarabunPSK" w:hAnsi="TH SarabunPSK" w:cs="TH SarabunPSK"/>
          <w:b/>
          <w:szCs w:val="32"/>
          <w:lang w:bidi="th-TH"/>
        </w:rPr>
      </w:pPr>
    </w:p>
    <w:p w14:paraId="1658DE5F" w14:textId="77777777" w:rsidR="007432D3" w:rsidRDefault="007432D3">
      <w:pPr>
        <w:spacing w:after="60" w:line="240" w:lineRule="auto"/>
        <w:rPr>
          <w:rFonts w:ascii="TH SarabunPSK" w:hAnsi="TH SarabunPSK" w:cs="TH SarabunPSK"/>
          <w:bCs/>
          <w:szCs w:val="32"/>
          <w:lang w:bidi="th-TH"/>
        </w:rPr>
      </w:pPr>
    </w:p>
    <w:p w14:paraId="3E864C8C" w14:textId="77777777" w:rsidR="007432D3" w:rsidRDefault="007432D3">
      <w:pPr>
        <w:spacing w:after="60" w:line="240" w:lineRule="auto"/>
        <w:rPr>
          <w:rFonts w:ascii="TH SarabunPSK" w:hAnsi="TH SarabunPSK" w:cs="TH SarabunPSK"/>
          <w:bCs/>
          <w:szCs w:val="32"/>
          <w:lang w:bidi="th-TH"/>
        </w:rPr>
      </w:pPr>
    </w:p>
    <w:p w14:paraId="771E48E1" w14:textId="4061E83B" w:rsidR="009A06D5" w:rsidRPr="001E31E9" w:rsidRDefault="001E31E9">
      <w:pPr>
        <w:spacing w:after="60" w:line="240" w:lineRule="auto"/>
        <w:rPr>
          <w:rFonts w:ascii="TH SarabunPSK" w:hAnsi="TH SarabunPSK" w:cs="TH SarabunPSK"/>
          <w:szCs w:val="32"/>
        </w:rPr>
      </w:pPr>
      <w:r w:rsidRPr="001E31E9">
        <w:rPr>
          <w:rFonts w:ascii="TH SarabunPSK" w:hAnsi="TH SarabunPSK" w:cs="TH SarabunPSK" w:hint="cs"/>
          <w:bCs/>
          <w:szCs w:val="32"/>
          <w:cs/>
          <w:lang w:bidi="th-TH"/>
        </w:rPr>
        <w:t>ส่วนที่</w:t>
      </w:r>
      <w:r>
        <w:rPr>
          <w:rFonts w:ascii="TH SarabunPSK" w:hAnsi="TH SarabunPSK" w:cs="TH SarabunPSK" w:hint="cs"/>
          <w:b/>
          <w:szCs w:val="32"/>
          <w:cs/>
          <w:lang w:bidi="th-TH"/>
        </w:rPr>
        <w:t xml:space="preserve"> </w:t>
      </w:r>
      <w:r w:rsidRPr="001E31E9">
        <w:rPr>
          <w:rFonts w:ascii="TH SarabunPSK" w:hAnsi="TH SarabunPSK" w:cs="TH SarabunPSK"/>
          <w:b/>
          <w:szCs w:val="32"/>
        </w:rPr>
        <w:t>2.</w:t>
      </w:r>
      <w:r w:rsidRPr="001E31E9">
        <w:rPr>
          <w:rFonts w:ascii="TH SarabunPSK" w:hAnsi="TH SarabunPSK" w:cs="TH SarabunPSK"/>
          <w:szCs w:val="32"/>
        </w:rPr>
        <w:t xml:space="preserve"> </w:t>
      </w:r>
      <w:proofErr w:type="spellStart"/>
      <w:r w:rsidR="00050288" w:rsidRPr="001E31E9">
        <w:rPr>
          <w:rFonts w:ascii="TH SarabunPSK" w:hAnsi="TH SarabunPSK" w:cs="TH SarabunPSK"/>
          <w:szCs w:val="32"/>
        </w:rPr>
        <w:t>โอนเงินเข้าบัญชีธนาคาร</w:t>
      </w:r>
      <w:proofErr w:type="spellEnd"/>
    </w:p>
    <w:p w14:paraId="5FDEE0C3" w14:textId="77777777" w:rsidR="009A06D5" w:rsidRPr="001E31E9" w:rsidRDefault="00297D41" w:rsidP="007432D3">
      <w:pPr>
        <w:spacing w:after="60" w:line="240" w:lineRule="auto"/>
        <w:ind w:firstLine="720"/>
        <w:rPr>
          <w:rFonts w:ascii="TH SarabunPSK" w:hAnsi="TH SarabunPSK" w:cs="TH SarabunPSK"/>
          <w:szCs w:val="32"/>
        </w:rPr>
      </w:pPr>
      <w:proofErr w:type="spellStart"/>
      <w:r w:rsidRPr="001E31E9">
        <w:rPr>
          <w:rFonts w:ascii="TH SarabunPSK" w:hAnsi="TH SarabunPSK" w:cs="TH SarabunPSK"/>
          <w:szCs w:val="32"/>
        </w:rPr>
        <w:t>ข้าพเจ้าขอรับการสนับสนุนเงินรางวัลตามประกาศคณะอักษรศาสตร์</w:t>
      </w:r>
      <w:proofErr w:type="spellEnd"/>
      <w:r w:rsidRPr="001E31E9">
        <w:rPr>
          <w:rFonts w:ascii="TH SarabunPSK" w:hAnsi="TH SarabunPSK" w:cs="TH SarabunPSK"/>
          <w:szCs w:val="32"/>
        </w:rPr>
        <w:t xml:space="preserve"> </w:t>
      </w:r>
      <w:proofErr w:type="spellStart"/>
      <w:r w:rsidRPr="001E31E9">
        <w:rPr>
          <w:rFonts w:ascii="TH SarabunPSK" w:hAnsi="TH SarabunPSK" w:cs="TH SarabunPSK"/>
          <w:szCs w:val="32"/>
        </w:rPr>
        <w:t>เรื่อง</w:t>
      </w:r>
      <w:proofErr w:type="spellEnd"/>
      <w:r w:rsidRPr="001E31E9">
        <w:rPr>
          <w:rFonts w:ascii="TH SarabunPSK" w:hAnsi="TH SarabunPSK" w:cs="TH SarabunPSK"/>
          <w:szCs w:val="32"/>
        </w:rPr>
        <w:t xml:space="preserve"> </w:t>
      </w:r>
      <w:proofErr w:type="spellStart"/>
      <w:r w:rsidRPr="001E31E9">
        <w:rPr>
          <w:rFonts w:ascii="TH SarabunPSK" w:hAnsi="TH SarabunPSK" w:cs="TH SarabunPSK"/>
          <w:szCs w:val="32"/>
        </w:rPr>
        <w:t>เกณฑ์และอัตราการจ่ายเงินรางวัล</w:t>
      </w:r>
      <w:proofErr w:type="spellEnd"/>
    </w:p>
    <w:p w14:paraId="046190F4" w14:textId="77777777" w:rsidR="009A06D5" w:rsidRPr="001E31E9" w:rsidRDefault="00297D41" w:rsidP="007432D3">
      <w:pPr>
        <w:spacing w:after="60" w:line="240" w:lineRule="auto"/>
        <w:rPr>
          <w:rFonts w:ascii="TH SarabunPSK" w:hAnsi="TH SarabunPSK" w:cs="TH SarabunPSK"/>
          <w:szCs w:val="32"/>
        </w:rPr>
      </w:pPr>
      <w:proofErr w:type="spellStart"/>
      <w:r w:rsidRPr="001E31E9">
        <w:rPr>
          <w:rFonts w:ascii="TH SarabunPSK" w:hAnsi="TH SarabunPSK" w:cs="TH SarabunPSK"/>
          <w:szCs w:val="32"/>
        </w:rPr>
        <w:t>สำหรับหัวหน้าโครงการที่ได้รับเงินทุนวิจัยจากแหล่งทุนภายนอก</w:t>
      </w:r>
      <w:proofErr w:type="spellEnd"/>
      <w:r w:rsidRPr="001E31E9">
        <w:rPr>
          <w:rFonts w:ascii="TH SarabunPSK" w:hAnsi="TH SarabunPSK" w:cs="TH SarabunPSK"/>
          <w:szCs w:val="32"/>
        </w:rPr>
        <w:t xml:space="preserve"> </w:t>
      </w:r>
      <w:proofErr w:type="spellStart"/>
      <w:r w:rsidRPr="001E31E9">
        <w:rPr>
          <w:rFonts w:ascii="TH SarabunPSK" w:hAnsi="TH SarabunPSK" w:cs="TH SarabunPSK"/>
          <w:szCs w:val="32"/>
        </w:rPr>
        <w:t>ของกองทุนเพื่อการวิจัยของคณะอักษรศาสตร์</w:t>
      </w:r>
      <w:proofErr w:type="spellEnd"/>
    </w:p>
    <w:p w14:paraId="34F32952" w14:textId="0D2CBE94" w:rsidR="009A06D5" w:rsidRPr="001E31E9" w:rsidRDefault="00297D41" w:rsidP="007432D3">
      <w:pPr>
        <w:spacing w:after="60" w:line="240" w:lineRule="auto"/>
        <w:rPr>
          <w:rFonts w:ascii="TH SarabunPSK" w:hAnsi="TH SarabunPSK" w:cs="TH SarabunPSK"/>
          <w:szCs w:val="32"/>
        </w:rPr>
      </w:pPr>
      <w:proofErr w:type="spellStart"/>
      <w:r w:rsidRPr="001E31E9">
        <w:rPr>
          <w:rFonts w:ascii="TH SarabunPSK" w:hAnsi="TH SarabunPSK" w:cs="TH SarabunPSK"/>
          <w:szCs w:val="32"/>
        </w:rPr>
        <w:t>พ.ศ</w:t>
      </w:r>
      <w:proofErr w:type="spellEnd"/>
      <w:r w:rsidRPr="001E31E9">
        <w:rPr>
          <w:rFonts w:ascii="TH SarabunPSK" w:hAnsi="TH SarabunPSK" w:cs="TH SarabunPSK"/>
          <w:szCs w:val="32"/>
        </w:rPr>
        <w:t xml:space="preserve">. 2569 </w:t>
      </w:r>
      <w:r w:rsidR="007432D3">
        <w:rPr>
          <w:rFonts w:ascii="TH SarabunPSK" w:hAnsi="TH SarabunPSK" w:cs="TH SarabunPSK" w:hint="cs"/>
          <w:szCs w:val="32"/>
          <w:cs/>
          <w:lang w:bidi="th-TH"/>
        </w:rPr>
        <w:t>และ</w:t>
      </w:r>
      <w:r w:rsidRPr="001E31E9">
        <w:rPr>
          <w:rFonts w:ascii="TH SarabunPSK" w:hAnsi="TH SarabunPSK" w:cs="TH SarabunPSK"/>
          <w:szCs w:val="32"/>
        </w:rPr>
        <w:t>ขอให้โอนเงินเข้าบัญชีธนาคาร.............................................................</w:t>
      </w:r>
      <w:r w:rsidR="007432D3">
        <w:rPr>
          <w:rFonts w:ascii="TH SarabunPSK" w:hAnsi="TH SarabunPSK" w:cs="TH SarabunPSK" w:hint="cs"/>
          <w:szCs w:val="32"/>
          <w:cs/>
          <w:lang w:bidi="th-TH"/>
        </w:rPr>
        <w:t>เ</w:t>
      </w:r>
      <w:proofErr w:type="spellStart"/>
      <w:r w:rsidRPr="001E31E9">
        <w:rPr>
          <w:rFonts w:ascii="TH SarabunPSK" w:hAnsi="TH SarabunPSK" w:cs="TH SarabunPSK"/>
          <w:szCs w:val="32"/>
        </w:rPr>
        <w:t>ลขที่บัญชี</w:t>
      </w:r>
      <w:proofErr w:type="spellEnd"/>
      <w:r w:rsidRPr="001E31E9">
        <w:rPr>
          <w:rFonts w:ascii="TH SarabunPSK" w:hAnsi="TH SarabunPSK" w:cs="TH SarabunPSK"/>
          <w:szCs w:val="32"/>
        </w:rPr>
        <w:t>......................................</w:t>
      </w:r>
    </w:p>
    <w:p w14:paraId="6F84FAEA" w14:textId="77777777" w:rsidR="009A06D5" w:rsidRDefault="00297D41" w:rsidP="007432D3">
      <w:pPr>
        <w:spacing w:after="60" w:line="240" w:lineRule="auto"/>
        <w:rPr>
          <w:rFonts w:ascii="TH SarabunPSK" w:hAnsi="TH SarabunPSK" w:cs="TH SarabunPSK"/>
          <w:szCs w:val="32"/>
          <w:lang w:bidi="th-TH"/>
        </w:rPr>
      </w:pPr>
      <w:r w:rsidRPr="001E31E9">
        <w:rPr>
          <w:rFonts w:ascii="TH SarabunPSK" w:hAnsi="TH SarabunPSK" w:cs="TH SarabunPSK"/>
          <w:szCs w:val="32"/>
        </w:rPr>
        <w:t xml:space="preserve">ชื่อบัญชี........................................................................ </w:t>
      </w:r>
      <w:proofErr w:type="spellStart"/>
      <w:r w:rsidRPr="001E31E9">
        <w:rPr>
          <w:rFonts w:ascii="TH SarabunPSK" w:hAnsi="TH SarabunPSK" w:cs="TH SarabunPSK"/>
          <w:szCs w:val="32"/>
        </w:rPr>
        <w:t>ตามหลักฐานที่แจ้งไว้กับกลุ่มภารกิจงานคลังและพัสดุแล้ว</w:t>
      </w:r>
      <w:proofErr w:type="spellEnd"/>
    </w:p>
    <w:p w14:paraId="4882A55D" w14:textId="7F9D317E" w:rsidR="007432D3" w:rsidRDefault="007432D3" w:rsidP="007432D3">
      <w:pPr>
        <w:spacing w:after="60" w:line="240" w:lineRule="auto"/>
        <w:rPr>
          <w:rFonts w:ascii="TH SarabunPSK" w:hAnsi="TH SarabunPSK" w:cs="TH SarabunPSK"/>
          <w:b/>
          <w:szCs w:val="32"/>
          <w:lang w:bidi="th-TH"/>
        </w:rPr>
      </w:pPr>
      <w:r>
        <w:rPr>
          <w:rFonts w:ascii="TH SarabunPSK" w:hAnsi="TH SarabunPSK" w:cs="TH SarabunPSK" w:hint="cs"/>
          <w:szCs w:val="32"/>
          <w:cs/>
          <w:lang w:bidi="th-TH"/>
        </w:rPr>
        <w:t xml:space="preserve">         </w:t>
      </w:r>
    </w:p>
    <w:p w14:paraId="47353797" w14:textId="7F55F83E" w:rsidR="009A06D5" w:rsidRPr="001E31E9" w:rsidRDefault="00297D41" w:rsidP="007432D3">
      <w:pPr>
        <w:rPr>
          <w:rFonts w:ascii="TH SarabunPSK" w:hAnsi="TH SarabunPSK" w:cs="TH SarabunPSK"/>
          <w:szCs w:val="32"/>
        </w:rPr>
      </w:pPr>
      <w:proofErr w:type="spellStart"/>
      <w:r w:rsidRPr="001E31E9">
        <w:rPr>
          <w:rFonts w:ascii="TH SarabunPSK" w:hAnsi="TH SarabunPSK" w:cs="TH SarabunPSK"/>
          <w:b/>
          <w:szCs w:val="32"/>
        </w:rPr>
        <w:t>ส่วนที่</w:t>
      </w:r>
      <w:proofErr w:type="spellEnd"/>
      <w:r w:rsidRPr="001E31E9">
        <w:rPr>
          <w:rFonts w:ascii="TH SarabunPSK" w:hAnsi="TH SarabunPSK" w:cs="TH SarabunPSK"/>
          <w:b/>
          <w:szCs w:val="32"/>
        </w:rPr>
        <w:t xml:space="preserve"> 3</w:t>
      </w:r>
      <w:r w:rsidR="007432D3">
        <w:rPr>
          <w:rFonts w:ascii="TH SarabunPSK" w:hAnsi="TH SarabunPSK" w:cs="TH SarabunPSK" w:hint="cs"/>
          <w:b/>
          <w:szCs w:val="32"/>
          <w:cs/>
          <w:lang w:bidi="th-TH"/>
        </w:rPr>
        <w:t>.</w:t>
      </w:r>
      <w:r w:rsidRPr="001E31E9">
        <w:rPr>
          <w:rFonts w:ascii="TH SarabunPSK" w:hAnsi="TH SarabunPSK" w:cs="TH SarabunPSK"/>
          <w:b/>
          <w:szCs w:val="32"/>
        </w:rPr>
        <w:t xml:space="preserve"> </w:t>
      </w:r>
      <w:r w:rsidRPr="007432D3">
        <w:rPr>
          <w:rFonts w:ascii="TH SarabunPSK" w:hAnsi="TH SarabunPSK" w:cs="TH SarabunPSK"/>
          <w:bCs/>
          <w:szCs w:val="32"/>
        </w:rPr>
        <w:t>การตรวจสอบคุณสมบัติและเอกสารประกอบ</w:t>
      </w:r>
      <w:r w:rsidRPr="001E31E9">
        <w:rPr>
          <w:rFonts w:ascii="TH SarabunPSK" w:hAnsi="TH SarabunPSK" w:cs="TH SarabunPSK"/>
          <w:szCs w:val="32"/>
        </w:rPr>
        <w:t>สำหรับผู้ขอรับการสนับสนุนและผู้ตรวจสอบ โ</w:t>
      </w:r>
      <w:r w:rsidR="007432D3">
        <w:rPr>
          <w:rFonts w:ascii="TH SarabunPSK" w:hAnsi="TH SarabunPSK" w:cs="TH SarabunPSK" w:hint="cs"/>
          <w:szCs w:val="32"/>
          <w:cs/>
          <w:lang w:bidi="th-TH"/>
        </w:rPr>
        <w:t>ดย</w:t>
      </w:r>
      <w:proofErr w:type="spellStart"/>
      <w:r w:rsidRPr="001E31E9">
        <w:rPr>
          <w:rFonts w:ascii="TH SarabunPSK" w:hAnsi="TH SarabunPSK" w:cs="TH SarabunPSK"/>
          <w:szCs w:val="32"/>
        </w:rPr>
        <w:t>ทำเครื่องหมาย</w:t>
      </w:r>
      <w:proofErr w:type="spellEnd"/>
      <w:r w:rsidRPr="001E31E9">
        <w:rPr>
          <w:rFonts w:ascii="TH SarabunPSK" w:hAnsi="TH SarabunPSK" w:cs="TH SarabunPSK"/>
          <w:szCs w:val="32"/>
        </w:rPr>
        <w:t xml:space="preserve"> </w:t>
      </w:r>
      <w:r w:rsidRPr="001E31E9">
        <w:rPr>
          <w:rFonts w:ascii="Segoe UI Symbol" w:hAnsi="Segoe UI Symbol" w:cs="Segoe UI Symbol"/>
          <w:szCs w:val="32"/>
        </w:rPr>
        <w:t>✓</w:t>
      </w:r>
      <w:r w:rsidRPr="001E31E9">
        <w:rPr>
          <w:rFonts w:ascii="TH SarabunPSK" w:hAnsi="TH SarabunPSK" w:cs="TH SarabunPSK"/>
          <w:szCs w:val="32"/>
        </w:rPr>
        <w:t xml:space="preserve"> </w:t>
      </w:r>
      <w:proofErr w:type="spellStart"/>
      <w:r w:rsidRPr="001E31E9">
        <w:rPr>
          <w:rFonts w:ascii="TH SarabunPSK" w:hAnsi="TH SarabunPSK" w:cs="TH SarabunPSK"/>
          <w:szCs w:val="32"/>
        </w:rPr>
        <w:t>ในช่องที่เกี่ยวข้อง</w:t>
      </w:r>
      <w:proofErr w:type="spellEnd"/>
    </w:p>
    <w:p w14:paraId="5FA284FA" w14:textId="77777777" w:rsidR="009A06D5" w:rsidRPr="001E31E9" w:rsidRDefault="00297D41">
      <w:pPr>
        <w:spacing w:after="40" w:line="240" w:lineRule="auto"/>
        <w:rPr>
          <w:rFonts w:ascii="TH SarabunPSK" w:hAnsi="TH SarabunPSK" w:cs="TH SarabunPSK"/>
          <w:szCs w:val="32"/>
        </w:rPr>
      </w:pPr>
      <w:r w:rsidRPr="001E31E9">
        <w:rPr>
          <w:rFonts w:ascii="Segoe UI Symbol" w:hAnsi="Segoe UI Symbol" w:cs="Segoe UI Symbol"/>
          <w:szCs w:val="32"/>
        </w:rPr>
        <w:t>☐</w:t>
      </w:r>
      <w:r w:rsidRPr="001E31E9">
        <w:rPr>
          <w:rFonts w:ascii="TH SarabunPSK" w:hAnsi="TH SarabunPSK" w:cs="TH SarabunPSK"/>
          <w:szCs w:val="32"/>
        </w:rPr>
        <w:t xml:space="preserve"> </w:t>
      </w:r>
      <w:proofErr w:type="spellStart"/>
      <w:r w:rsidRPr="001E31E9">
        <w:rPr>
          <w:rFonts w:ascii="TH SarabunPSK" w:hAnsi="TH SarabunPSK" w:cs="TH SarabunPSK"/>
          <w:szCs w:val="32"/>
        </w:rPr>
        <w:t>เป็นหัวหน้าโครงการวิจัยที่ได้รับเงินทุนจากแหล่งทุนภายนอก</w:t>
      </w:r>
      <w:proofErr w:type="spellEnd"/>
    </w:p>
    <w:p w14:paraId="78D464F3" w14:textId="77777777" w:rsidR="009A06D5" w:rsidRPr="001E31E9" w:rsidRDefault="00297D41">
      <w:pPr>
        <w:spacing w:after="40" w:line="240" w:lineRule="auto"/>
        <w:rPr>
          <w:rFonts w:ascii="TH SarabunPSK" w:hAnsi="TH SarabunPSK" w:cs="TH SarabunPSK"/>
          <w:szCs w:val="32"/>
        </w:rPr>
      </w:pPr>
      <w:r w:rsidRPr="001E31E9">
        <w:rPr>
          <w:rFonts w:ascii="Segoe UI Symbol" w:hAnsi="Segoe UI Symbol" w:cs="Segoe UI Symbol"/>
          <w:szCs w:val="32"/>
        </w:rPr>
        <w:t>☐</w:t>
      </w:r>
      <w:r w:rsidRPr="001E31E9">
        <w:rPr>
          <w:rFonts w:ascii="TH SarabunPSK" w:hAnsi="TH SarabunPSK" w:cs="TH SarabunPSK"/>
          <w:szCs w:val="32"/>
        </w:rPr>
        <w:t xml:space="preserve"> </w:t>
      </w:r>
      <w:proofErr w:type="spellStart"/>
      <w:r w:rsidRPr="001E31E9">
        <w:rPr>
          <w:rFonts w:ascii="TH SarabunPSK" w:hAnsi="TH SarabunPSK" w:cs="TH SarabunPSK"/>
          <w:szCs w:val="32"/>
        </w:rPr>
        <w:t>ไม่เป็นผู้ผิดเงื่อนไขในการขอรับทุนใด</w:t>
      </w:r>
      <w:proofErr w:type="spellEnd"/>
      <w:r w:rsidRPr="001E31E9">
        <w:rPr>
          <w:rFonts w:ascii="TH SarabunPSK" w:hAnsi="TH SarabunPSK" w:cs="TH SarabunPSK"/>
          <w:szCs w:val="32"/>
        </w:rPr>
        <w:t xml:space="preserve"> ๆ </w:t>
      </w:r>
      <w:proofErr w:type="spellStart"/>
      <w:r w:rsidRPr="001E31E9">
        <w:rPr>
          <w:rFonts w:ascii="TH SarabunPSK" w:hAnsi="TH SarabunPSK" w:cs="TH SarabunPSK"/>
          <w:szCs w:val="32"/>
        </w:rPr>
        <w:t>ของคณะอักษรศาสตร์</w:t>
      </w:r>
      <w:proofErr w:type="spellEnd"/>
    </w:p>
    <w:p w14:paraId="0731C155" w14:textId="77777777" w:rsidR="009A06D5" w:rsidRPr="001E31E9" w:rsidRDefault="00297D41">
      <w:pPr>
        <w:spacing w:after="40" w:line="240" w:lineRule="auto"/>
        <w:rPr>
          <w:rFonts w:ascii="TH SarabunPSK" w:hAnsi="TH SarabunPSK" w:cs="TH SarabunPSK"/>
          <w:szCs w:val="32"/>
        </w:rPr>
      </w:pPr>
      <w:r w:rsidRPr="001E31E9">
        <w:rPr>
          <w:rFonts w:ascii="Segoe UI Symbol" w:hAnsi="Segoe UI Symbol" w:cs="Segoe UI Symbol"/>
          <w:szCs w:val="32"/>
        </w:rPr>
        <w:t>☐</w:t>
      </w:r>
      <w:r w:rsidRPr="001E31E9">
        <w:rPr>
          <w:rFonts w:ascii="TH SarabunPSK" w:hAnsi="TH SarabunPSK" w:cs="TH SarabunPSK"/>
          <w:szCs w:val="32"/>
        </w:rPr>
        <w:t xml:space="preserve"> </w:t>
      </w:r>
      <w:proofErr w:type="spellStart"/>
      <w:r w:rsidRPr="001E31E9">
        <w:rPr>
          <w:rFonts w:ascii="TH SarabunPSK" w:hAnsi="TH SarabunPSK" w:cs="TH SarabunPSK"/>
          <w:szCs w:val="32"/>
        </w:rPr>
        <w:t>ไม่ใช่ทุนวิจัยพื้นฐาน</w:t>
      </w:r>
      <w:proofErr w:type="spellEnd"/>
      <w:r w:rsidRPr="001E31E9">
        <w:rPr>
          <w:rFonts w:ascii="TH SarabunPSK" w:hAnsi="TH SarabunPSK" w:cs="TH SarabunPSK"/>
          <w:szCs w:val="32"/>
        </w:rPr>
        <w:t xml:space="preserve"> (Fundamental Fund: FF)</w:t>
      </w:r>
    </w:p>
    <w:p w14:paraId="1AD28185" w14:textId="77777777" w:rsidR="009A06D5" w:rsidRPr="001E31E9" w:rsidRDefault="00297D41">
      <w:pPr>
        <w:spacing w:after="40" w:line="240" w:lineRule="auto"/>
        <w:rPr>
          <w:rFonts w:ascii="TH SarabunPSK" w:hAnsi="TH SarabunPSK" w:cs="TH SarabunPSK"/>
          <w:szCs w:val="32"/>
        </w:rPr>
      </w:pPr>
      <w:r w:rsidRPr="001E31E9">
        <w:rPr>
          <w:rFonts w:ascii="Segoe UI Symbol" w:hAnsi="Segoe UI Symbol" w:cs="Segoe UI Symbol"/>
          <w:szCs w:val="32"/>
        </w:rPr>
        <w:t>☐</w:t>
      </w:r>
      <w:r w:rsidRPr="001E31E9">
        <w:rPr>
          <w:rFonts w:ascii="TH SarabunPSK" w:hAnsi="TH SarabunPSK" w:cs="TH SarabunPSK"/>
          <w:szCs w:val="32"/>
        </w:rPr>
        <w:t xml:space="preserve"> </w:t>
      </w:r>
      <w:proofErr w:type="spellStart"/>
      <w:r w:rsidRPr="001E31E9">
        <w:rPr>
          <w:rFonts w:ascii="TH SarabunPSK" w:hAnsi="TH SarabunPSK" w:cs="TH SarabunPSK"/>
          <w:szCs w:val="32"/>
        </w:rPr>
        <w:t>ไม่ใช่ทุนส่งเสริมและสนับสนุนกลุ่มวิจัย</w:t>
      </w:r>
      <w:proofErr w:type="spellEnd"/>
      <w:r w:rsidRPr="001E31E9">
        <w:rPr>
          <w:rFonts w:ascii="TH SarabunPSK" w:hAnsi="TH SarabunPSK" w:cs="TH SarabunPSK"/>
          <w:szCs w:val="32"/>
        </w:rPr>
        <w:t xml:space="preserve"> </w:t>
      </w:r>
      <w:proofErr w:type="spellStart"/>
      <w:r w:rsidRPr="001E31E9">
        <w:rPr>
          <w:rFonts w:ascii="TH SarabunPSK" w:hAnsi="TH SarabunPSK" w:cs="TH SarabunPSK"/>
          <w:szCs w:val="32"/>
        </w:rPr>
        <w:t>กองทุนรัชดาภิเษกสมโภช</w:t>
      </w:r>
      <w:proofErr w:type="spellEnd"/>
    </w:p>
    <w:p w14:paraId="18BF822B" w14:textId="77777777" w:rsidR="009A06D5" w:rsidRPr="001E31E9" w:rsidRDefault="00297D41">
      <w:pPr>
        <w:spacing w:after="40" w:line="240" w:lineRule="auto"/>
        <w:rPr>
          <w:rFonts w:ascii="TH SarabunPSK" w:hAnsi="TH SarabunPSK" w:cs="TH SarabunPSK"/>
          <w:szCs w:val="32"/>
        </w:rPr>
      </w:pPr>
      <w:r w:rsidRPr="001E31E9">
        <w:rPr>
          <w:rFonts w:ascii="Segoe UI Symbol" w:hAnsi="Segoe UI Symbol" w:cs="Segoe UI Symbol"/>
          <w:szCs w:val="32"/>
        </w:rPr>
        <w:t>☐</w:t>
      </w:r>
      <w:r w:rsidRPr="001E31E9">
        <w:rPr>
          <w:rFonts w:ascii="TH SarabunPSK" w:hAnsi="TH SarabunPSK" w:cs="TH SarabunPSK"/>
          <w:szCs w:val="32"/>
        </w:rPr>
        <w:t xml:space="preserve"> ไม่ใช่ทุนวิจัยจากแหล่งทุนภายนอกที่คณะอักษรศาสตร์มีส่วนร่วมสมทบทุนเกินกว่า 100,000 </w:t>
      </w:r>
      <w:proofErr w:type="spellStart"/>
      <w:r w:rsidRPr="001E31E9">
        <w:rPr>
          <w:rFonts w:ascii="TH SarabunPSK" w:hAnsi="TH SarabunPSK" w:cs="TH SarabunPSK"/>
          <w:szCs w:val="32"/>
        </w:rPr>
        <w:t>บาท</w:t>
      </w:r>
      <w:proofErr w:type="spellEnd"/>
    </w:p>
    <w:p w14:paraId="05F15D9A" w14:textId="77777777" w:rsidR="009A06D5" w:rsidRPr="001E31E9" w:rsidRDefault="00297D41">
      <w:pPr>
        <w:spacing w:after="60" w:line="240" w:lineRule="auto"/>
        <w:rPr>
          <w:rFonts w:ascii="TH SarabunPSK" w:hAnsi="TH SarabunPSK" w:cs="TH SarabunPSK"/>
          <w:szCs w:val="32"/>
        </w:rPr>
      </w:pPr>
      <w:proofErr w:type="spellStart"/>
      <w:r w:rsidRPr="001E31E9">
        <w:rPr>
          <w:rFonts w:ascii="TH SarabunPSK" w:hAnsi="TH SarabunPSK" w:cs="TH SarabunPSK"/>
          <w:b/>
          <w:szCs w:val="32"/>
        </w:rPr>
        <w:t>เอกสารประกอบการขอรับการสนับสนุน</w:t>
      </w:r>
      <w:proofErr w:type="spellEnd"/>
    </w:p>
    <w:p w14:paraId="17A09658" w14:textId="77777777" w:rsidR="009A06D5" w:rsidRPr="001E31E9" w:rsidRDefault="00297D41">
      <w:pPr>
        <w:spacing w:after="40" w:line="240" w:lineRule="auto"/>
        <w:rPr>
          <w:rFonts w:ascii="TH SarabunPSK" w:hAnsi="TH SarabunPSK" w:cs="TH SarabunPSK"/>
          <w:szCs w:val="32"/>
        </w:rPr>
      </w:pPr>
      <w:r w:rsidRPr="001E31E9">
        <w:rPr>
          <w:rFonts w:ascii="Segoe UI Symbol" w:hAnsi="Segoe UI Symbol" w:cs="Segoe UI Symbol"/>
          <w:szCs w:val="32"/>
        </w:rPr>
        <w:t>☐</w:t>
      </w:r>
      <w:r w:rsidRPr="001E31E9">
        <w:rPr>
          <w:rFonts w:ascii="TH SarabunPSK" w:hAnsi="TH SarabunPSK" w:cs="TH SarabunPSK"/>
          <w:szCs w:val="32"/>
        </w:rPr>
        <w:t xml:space="preserve"> </w:t>
      </w:r>
      <w:proofErr w:type="spellStart"/>
      <w:r w:rsidRPr="001E31E9">
        <w:rPr>
          <w:rFonts w:ascii="TH SarabunPSK" w:hAnsi="TH SarabunPSK" w:cs="TH SarabunPSK"/>
          <w:szCs w:val="32"/>
        </w:rPr>
        <w:t>สำเนาประกาศของโครงการที่ได้รับทุนจากแหล่งทุนภายนอก</w:t>
      </w:r>
      <w:proofErr w:type="spellEnd"/>
    </w:p>
    <w:p w14:paraId="06B466B1" w14:textId="77777777" w:rsidR="009A06D5" w:rsidRPr="001E31E9" w:rsidRDefault="00297D41">
      <w:pPr>
        <w:spacing w:after="40" w:line="240" w:lineRule="auto"/>
        <w:rPr>
          <w:rFonts w:ascii="TH SarabunPSK" w:hAnsi="TH SarabunPSK" w:cs="TH SarabunPSK"/>
          <w:szCs w:val="32"/>
        </w:rPr>
      </w:pPr>
      <w:r w:rsidRPr="001E31E9">
        <w:rPr>
          <w:rFonts w:ascii="Segoe UI Symbol" w:hAnsi="Segoe UI Symbol" w:cs="Segoe UI Symbol"/>
          <w:szCs w:val="32"/>
        </w:rPr>
        <w:t>☐</w:t>
      </w:r>
      <w:r w:rsidRPr="001E31E9">
        <w:rPr>
          <w:rFonts w:ascii="TH SarabunPSK" w:hAnsi="TH SarabunPSK" w:cs="TH SarabunPSK"/>
          <w:szCs w:val="32"/>
        </w:rPr>
        <w:t xml:space="preserve"> </w:t>
      </w:r>
      <w:proofErr w:type="spellStart"/>
      <w:r w:rsidRPr="001E31E9">
        <w:rPr>
          <w:rFonts w:ascii="TH SarabunPSK" w:hAnsi="TH SarabunPSK" w:cs="TH SarabunPSK"/>
          <w:szCs w:val="32"/>
        </w:rPr>
        <w:t>สำเนาสัญญารับทุน</w:t>
      </w:r>
      <w:proofErr w:type="spellEnd"/>
      <w:r w:rsidRPr="001E31E9">
        <w:rPr>
          <w:rFonts w:ascii="TH SarabunPSK" w:hAnsi="TH SarabunPSK" w:cs="TH SarabunPSK"/>
          <w:szCs w:val="32"/>
        </w:rPr>
        <w:t xml:space="preserve"> (</w:t>
      </w:r>
      <w:proofErr w:type="spellStart"/>
      <w:r w:rsidRPr="001E31E9">
        <w:rPr>
          <w:rFonts w:ascii="TH SarabunPSK" w:hAnsi="TH SarabunPSK" w:cs="TH SarabunPSK"/>
          <w:szCs w:val="32"/>
        </w:rPr>
        <w:t>ถ้ามีหรือเป็นไปตามหลักเกณฑ์ที่กำหนด</w:t>
      </w:r>
      <w:proofErr w:type="spellEnd"/>
      <w:r w:rsidRPr="001E31E9">
        <w:rPr>
          <w:rFonts w:ascii="TH SarabunPSK" w:hAnsi="TH SarabunPSK" w:cs="TH SarabunPSK"/>
          <w:szCs w:val="32"/>
        </w:rPr>
        <w:t>)</w:t>
      </w:r>
    </w:p>
    <w:p w14:paraId="51D45B08" w14:textId="77777777" w:rsidR="009A06D5" w:rsidRPr="001E31E9" w:rsidRDefault="00297D41">
      <w:pPr>
        <w:spacing w:after="40" w:line="240" w:lineRule="auto"/>
        <w:rPr>
          <w:rFonts w:ascii="TH SarabunPSK" w:hAnsi="TH SarabunPSK" w:cs="TH SarabunPSK"/>
          <w:szCs w:val="32"/>
        </w:rPr>
      </w:pPr>
      <w:r w:rsidRPr="001E31E9">
        <w:rPr>
          <w:rFonts w:ascii="Segoe UI Symbol" w:hAnsi="Segoe UI Symbol" w:cs="Segoe UI Symbol"/>
          <w:szCs w:val="32"/>
        </w:rPr>
        <w:t>☐</w:t>
      </w:r>
      <w:r w:rsidRPr="001E31E9">
        <w:rPr>
          <w:rFonts w:ascii="TH SarabunPSK" w:hAnsi="TH SarabunPSK" w:cs="TH SarabunPSK"/>
          <w:szCs w:val="32"/>
        </w:rPr>
        <w:t xml:space="preserve"> </w:t>
      </w:r>
      <w:proofErr w:type="spellStart"/>
      <w:r w:rsidRPr="001E31E9">
        <w:rPr>
          <w:rFonts w:ascii="TH SarabunPSK" w:hAnsi="TH SarabunPSK" w:cs="TH SarabunPSK"/>
          <w:szCs w:val="32"/>
        </w:rPr>
        <w:t>เอกสารอื่น</w:t>
      </w:r>
      <w:proofErr w:type="spellEnd"/>
      <w:r w:rsidRPr="001E31E9">
        <w:rPr>
          <w:rFonts w:ascii="TH SarabunPSK" w:hAnsi="TH SarabunPSK" w:cs="TH SarabunPSK"/>
          <w:szCs w:val="32"/>
        </w:rPr>
        <w:t xml:space="preserve"> ๆ (</w:t>
      </w:r>
      <w:proofErr w:type="spellStart"/>
      <w:r w:rsidRPr="001E31E9">
        <w:rPr>
          <w:rFonts w:ascii="TH SarabunPSK" w:hAnsi="TH SarabunPSK" w:cs="TH SarabunPSK"/>
          <w:szCs w:val="32"/>
        </w:rPr>
        <w:t>ระบุ</w:t>
      </w:r>
      <w:proofErr w:type="spellEnd"/>
      <w:r w:rsidRPr="001E31E9">
        <w:rPr>
          <w:rFonts w:ascii="TH SarabunPSK" w:hAnsi="TH SarabunPSK" w:cs="TH SarabunPSK"/>
          <w:szCs w:val="32"/>
        </w:rPr>
        <w:t>) ........................................................................................................................</w:t>
      </w:r>
    </w:p>
    <w:p w14:paraId="38E87D0B" w14:textId="77777777" w:rsidR="007432D3" w:rsidRDefault="007432D3">
      <w:pPr>
        <w:spacing w:after="0"/>
        <w:jc w:val="center"/>
        <w:rPr>
          <w:rFonts w:ascii="TH SarabunPSK" w:hAnsi="TH SarabunPSK" w:cs="TH SarabunPSK"/>
          <w:b/>
          <w:szCs w:val="32"/>
          <w:lang w:bidi="th-TH"/>
        </w:rPr>
      </w:pPr>
    </w:p>
    <w:p w14:paraId="4F4B02C0" w14:textId="67BF5ECA" w:rsidR="007432D3" w:rsidRDefault="007432D3" w:rsidP="007432D3">
      <w:pPr>
        <w:spacing w:after="60" w:line="240" w:lineRule="auto"/>
        <w:rPr>
          <w:rFonts w:ascii="TH SarabunPSK" w:hAnsi="TH SarabunPSK" w:cs="TH SarabunPSK"/>
          <w:szCs w:val="32"/>
          <w:lang w:bidi="th-TH"/>
        </w:rPr>
      </w:pPr>
      <w:r>
        <w:rPr>
          <w:rFonts w:ascii="TH SarabunPSK" w:hAnsi="TH SarabunPSK" w:cs="TH SarabunPSK" w:hint="cs"/>
          <w:szCs w:val="32"/>
          <w:cs/>
          <w:lang w:bidi="th-TH"/>
        </w:rPr>
        <w:t xml:space="preserve">          </w:t>
      </w:r>
      <w:proofErr w:type="spellStart"/>
      <w:proofErr w:type="gramStart"/>
      <w:r w:rsidRPr="001E31E9">
        <w:rPr>
          <w:rFonts w:ascii="TH SarabunPSK" w:hAnsi="TH SarabunPSK" w:cs="TH SarabunPSK"/>
          <w:szCs w:val="32"/>
        </w:rPr>
        <w:t>จึงเรียนมาเพื่อพิจารณาอนุมัติ</w:t>
      </w:r>
      <w:proofErr w:type="spellEnd"/>
      <w:r w:rsidRPr="001E31E9"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proofErr w:type="spellStart"/>
      <w:r w:rsidRPr="001E31E9">
        <w:rPr>
          <w:rFonts w:ascii="TH SarabunPSK" w:hAnsi="TH SarabunPSK" w:cs="TH SarabunPSK"/>
          <w:szCs w:val="32"/>
        </w:rPr>
        <w:t>จักเป็นพระคุณยิ่ง</w:t>
      </w:r>
      <w:proofErr w:type="spellEnd"/>
      <w:proofErr w:type="gramEnd"/>
    </w:p>
    <w:p w14:paraId="2C381EF0" w14:textId="77777777" w:rsidR="007432D3" w:rsidRPr="001E31E9" w:rsidRDefault="007432D3" w:rsidP="007432D3">
      <w:pPr>
        <w:spacing w:after="60" w:line="240" w:lineRule="auto"/>
        <w:rPr>
          <w:rFonts w:ascii="TH SarabunPSK" w:hAnsi="TH SarabunPSK" w:cs="TH SarabunPSK"/>
          <w:szCs w:val="32"/>
          <w:lang w:bidi="th-TH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0"/>
        <w:gridCol w:w="4929"/>
      </w:tblGrid>
      <w:tr w:rsidR="007432D3" w:rsidRPr="001E31E9" w14:paraId="1B14A789" w14:textId="77777777" w:rsidTr="007432D3">
        <w:trPr>
          <w:trHeight w:val="2364"/>
          <w:jc w:val="center"/>
        </w:trPr>
        <w:tc>
          <w:tcPr>
            <w:tcW w:w="4974" w:type="dxa"/>
            <w:vAlign w:val="center"/>
          </w:tcPr>
          <w:p w14:paraId="0BB5673B" w14:textId="77777777" w:rsidR="007432D3" w:rsidRPr="001E31E9" w:rsidRDefault="007432D3" w:rsidP="00752988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1E31E9">
              <w:rPr>
                <w:rFonts w:ascii="TH SarabunPSK" w:hAnsi="TH SarabunPSK" w:cs="TH SarabunPSK"/>
                <w:szCs w:val="32"/>
              </w:rPr>
              <w:br/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ลงชื่อ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t>..........................................................</w:t>
            </w:r>
            <w:r w:rsidRPr="001E31E9">
              <w:rPr>
                <w:rFonts w:ascii="TH SarabunPSK" w:hAnsi="TH SarabunPSK" w:cs="TH SarabunPSK"/>
                <w:szCs w:val="32"/>
              </w:rPr>
              <w:br/>
              <w:t>(.................................................................)</w:t>
            </w:r>
            <w:r w:rsidRPr="001E31E9">
              <w:rPr>
                <w:rFonts w:ascii="TH SarabunPSK" w:hAnsi="TH SarabunPSK" w:cs="TH SarabunPSK"/>
                <w:szCs w:val="32"/>
              </w:rPr>
              <w:br/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ผู้ขอรับการสนับสนุน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br/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วันที่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t>........../........../..........</w:t>
            </w:r>
          </w:p>
        </w:tc>
        <w:tc>
          <w:tcPr>
            <w:tcW w:w="4974" w:type="dxa"/>
            <w:vAlign w:val="center"/>
          </w:tcPr>
          <w:p w14:paraId="4945EFFD" w14:textId="77777777" w:rsidR="007432D3" w:rsidRPr="001E31E9" w:rsidRDefault="007432D3" w:rsidP="00752988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1E31E9">
              <w:rPr>
                <w:rFonts w:ascii="TH SarabunPSK" w:hAnsi="TH SarabunPSK" w:cs="TH SarabunPSK"/>
                <w:szCs w:val="32"/>
              </w:rPr>
              <w:br/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ลงชื่อ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t>..........................................................</w:t>
            </w:r>
            <w:r w:rsidRPr="001E31E9">
              <w:rPr>
                <w:rFonts w:ascii="TH SarabunPSK" w:hAnsi="TH SarabunPSK" w:cs="TH SarabunPSK"/>
                <w:szCs w:val="32"/>
              </w:rPr>
              <w:br/>
              <w:t>(.................................................................)</w:t>
            </w:r>
            <w:r w:rsidRPr="001E31E9">
              <w:rPr>
                <w:rFonts w:ascii="TH SarabunPSK" w:hAnsi="TH SarabunPSK" w:cs="TH SarabunPSK"/>
                <w:szCs w:val="32"/>
              </w:rPr>
              <w:br/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หัวหน้าภาควิชา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br/>
            </w:r>
            <w:proofErr w:type="spellStart"/>
            <w:r w:rsidRPr="001E31E9">
              <w:rPr>
                <w:rFonts w:ascii="TH SarabunPSK" w:hAnsi="TH SarabunPSK" w:cs="TH SarabunPSK"/>
                <w:szCs w:val="32"/>
              </w:rPr>
              <w:t>วันที่</w:t>
            </w:r>
            <w:proofErr w:type="spellEnd"/>
            <w:r w:rsidRPr="001E31E9">
              <w:rPr>
                <w:rFonts w:ascii="TH SarabunPSK" w:hAnsi="TH SarabunPSK" w:cs="TH SarabunPSK"/>
                <w:szCs w:val="32"/>
              </w:rPr>
              <w:t>........../........../..........</w:t>
            </w:r>
          </w:p>
        </w:tc>
      </w:tr>
    </w:tbl>
    <w:p w14:paraId="026BF875" w14:textId="77777777" w:rsidR="007432D3" w:rsidRDefault="007432D3" w:rsidP="007432D3">
      <w:pPr>
        <w:rPr>
          <w:rFonts w:ascii="TH SarabunPSK" w:hAnsi="TH SarabunPSK" w:cs="TH SarabunPSK"/>
          <w:b/>
          <w:szCs w:val="32"/>
          <w:lang w:bidi="th-TH"/>
        </w:rPr>
      </w:pPr>
    </w:p>
    <w:p w14:paraId="2D857B40" w14:textId="77777777" w:rsidR="007432D3" w:rsidRPr="007432D3" w:rsidRDefault="007432D3">
      <w:pPr>
        <w:spacing w:after="0"/>
        <w:jc w:val="center"/>
        <w:rPr>
          <w:rFonts w:ascii="TH SarabunPSK" w:hAnsi="TH SarabunPSK" w:cs="TH SarabunPSK"/>
          <w:b/>
          <w:szCs w:val="32"/>
          <w:lang w:bidi="th-TH"/>
        </w:rPr>
      </w:pPr>
    </w:p>
    <w:p w14:paraId="53132120" w14:textId="77777777" w:rsidR="007432D3" w:rsidRDefault="007432D3">
      <w:pPr>
        <w:spacing w:after="0"/>
        <w:jc w:val="center"/>
        <w:rPr>
          <w:rFonts w:ascii="TH SarabunPSK" w:hAnsi="TH SarabunPSK" w:cs="TH SarabunPSK"/>
          <w:b/>
          <w:szCs w:val="32"/>
          <w:lang w:bidi="th-TH"/>
        </w:rPr>
      </w:pPr>
    </w:p>
    <w:p w14:paraId="0853364D" w14:textId="77777777" w:rsidR="007432D3" w:rsidRDefault="007432D3">
      <w:pPr>
        <w:spacing w:after="0"/>
        <w:jc w:val="center"/>
        <w:rPr>
          <w:rFonts w:ascii="TH SarabunPSK" w:hAnsi="TH SarabunPSK" w:cs="TH SarabunPSK"/>
          <w:b/>
          <w:szCs w:val="32"/>
          <w:lang w:bidi="th-TH"/>
        </w:rPr>
      </w:pPr>
    </w:p>
    <w:p w14:paraId="4F36108D" w14:textId="77777777" w:rsidR="007432D3" w:rsidRDefault="007432D3">
      <w:pPr>
        <w:spacing w:after="0"/>
        <w:jc w:val="center"/>
        <w:rPr>
          <w:rFonts w:ascii="TH SarabunPSK" w:hAnsi="TH SarabunPSK" w:cs="TH SarabunPSK"/>
          <w:b/>
          <w:szCs w:val="32"/>
          <w:lang w:bidi="th-TH"/>
        </w:rPr>
      </w:pPr>
    </w:p>
    <w:p w14:paraId="522F7881" w14:textId="77777777" w:rsidR="007432D3" w:rsidRDefault="007432D3">
      <w:pPr>
        <w:spacing w:after="0"/>
        <w:jc w:val="center"/>
        <w:rPr>
          <w:rFonts w:ascii="TH SarabunPSK" w:hAnsi="TH SarabunPSK" w:cs="TH SarabunPSK"/>
          <w:b/>
          <w:szCs w:val="32"/>
          <w:lang w:bidi="th-TH"/>
        </w:rPr>
      </w:pPr>
    </w:p>
    <w:tbl>
      <w:tblPr>
        <w:tblStyle w:val="TableGrid"/>
        <w:tblW w:w="9675" w:type="dxa"/>
        <w:tblInd w:w="40" w:type="dxa"/>
        <w:tblLook w:val="04A0" w:firstRow="1" w:lastRow="0" w:firstColumn="1" w:lastColumn="0" w:noHBand="0" w:noVBand="1"/>
      </w:tblPr>
      <w:tblGrid>
        <w:gridCol w:w="4815"/>
        <w:gridCol w:w="4860"/>
      </w:tblGrid>
      <w:tr w:rsidR="007432D3" w:rsidRPr="0076075C" w14:paraId="0468CA66" w14:textId="77777777" w:rsidTr="00752988">
        <w:trPr>
          <w:trHeight w:val="2113"/>
        </w:trPr>
        <w:tc>
          <w:tcPr>
            <w:tcW w:w="4815" w:type="dxa"/>
            <w:tcBorders>
              <w:right w:val="single" w:sz="4" w:space="0" w:color="auto"/>
            </w:tcBorders>
          </w:tcPr>
          <w:p w14:paraId="58851ABC" w14:textId="77777777" w:rsidR="007432D3" w:rsidRPr="0076075C" w:rsidRDefault="007432D3" w:rsidP="00752988">
            <w:pPr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76075C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เรียน</w:t>
            </w: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 รองคณบดีฝ่ายวิจัย </w:t>
            </w:r>
          </w:p>
          <w:p w14:paraId="055F91C4" w14:textId="77777777" w:rsidR="007432D3" w:rsidRPr="0076075C" w:rsidRDefault="007432D3" w:rsidP="00752988">
            <w:pPr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        เพื่อพิจารณาเสนอคณะกรรมการส่งเสริมผลงานวิชาการคณะอักษรศาสตร์ พิจารณา จักเป็นพระคุณยิ่ง</w:t>
            </w:r>
          </w:p>
          <w:p w14:paraId="3E67BC28" w14:textId="77777777" w:rsidR="007432D3" w:rsidRPr="0076075C" w:rsidRDefault="007432D3" w:rsidP="00752988">
            <w:pPr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</w:p>
          <w:p w14:paraId="2CAA2DF6" w14:textId="77777777" w:rsidR="007432D3" w:rsidRPr="0076075C" w:rsidRDefault="007432D3" w:rsidP="00752988">
            <w:pPr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   ลงชื่อ ................................................................</w:t>
            </w: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br/>
              <w:t xml:space="preserve">                (นางสาววราพร พวงจันทร์หอม)</w:t>
            </w:r>
          </w:p>
          <w:p w14:paraId="17B211A2" w14:textId="77777777" w:rsidR="007432D3" w:rsidRPr="0076075C" w:rsidRDefault="007432D3" w:rsidP="00752988">
            <w:pPr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                  ผู้อำนวยการฝ่ายวิชาการ</w:t>
            </w:r>
          </w:p>
          <w:p w14:paraId="255B3078" w14:textId="77777777" w:rsidR="007432D3" w:rsidRPr="0076075C" w:rsidRDefault="007432D3" w:rsidP="00752988">
            <w:pPr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            ................./.................../.................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4369" w14:textId="77777777" w:rsidR="007432D3" w:rsidRPr="0076075C" w:rsidRDefault="007432D3" w:rsidP="00752988">
            <w:pPr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76075C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เรียน</w:t>
            </w: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 คณะกรรมการส่งเสริมผลงานวิชาการคณะอักษรศาสตร์</w:t>
            </w:r>
          </w:p>
          <w:p w14:paraId="7FA9E87C" w14:textId="77777777" w:rsidR="007432D3" w:rsidRPr="0076075C" w:rsidRDefault="007432D3" w:rsidP="00752988">
            <w:pPr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          เพื่อพิจารณา จักขอบคุณยิ่ง</w:t>
            </w:r>
          </w:p>
          <w:p w14:paraId="3448D8FB" w14:textId="77777777" w:rsidR="007432D3" w:rsidRDefault="007432D3" w:rsidP="00752988">
            <w:pPr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</w:p>
          <w:p w14:paraId="69B8D971" w14:textId="77777777" w:rsidR="007432D3" w:rsidRPr="0076075C" w:rsidRDefault="007432D3" w:rsidP="00752988">
            <w:pPr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</w:p>
          <w:p w14:paraId="737AB018" w14:textId="77777777" w:rsidR="007432D3" w:rsidRPr="0076075C" w:rsidRDefault="007432D3" w:rsidP="00752988">
            <w:pPr>
              <w:jc w:val="center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ลงชื่อ .............................................................................</w:t>
            </w:r>
          </w:p>
          <w:p w14:paraId="44C28613" w14:textId="77777777" w:rsidR="007432D3" w:rsidRPr="0076075C" w:rsidRDefault="007432D3" w:rsidP="00752988">
            <w:pPr>
              <w:jc w:val="center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  (</w:t>
            </w:r>
            <w:r w:rsidRPr="0076075C">
              <w:rPr>
                <w:rFonts w:ascii="TH SarabunPSK" w:hAnsi="TH SarabunPSK" w:cs="TH SarabunPSK"/>
                <w:sz w:val="30"/>
                <w:szCs w:val="30"/>
                <w:cs/>
              </w:rPr>
              <w:t>ศ.ดร.กนกวรรณ เลาหบูรณะกิจ คะตะกิริ</w:t>
            </w: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)</w:t>
            </w:r>
          </w:p>
          <w:p w14:paraId="759E5C65" w14:textId="77777777" w:rsidR="007432D3" w:rsidRPr="0076075C" w:rsidRDefault="007432D3" w:rsidP="00752988">
            <w:pPr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                        รองคณบดีฝ่ายวิจัย</w:t>
            </w:r>
          </w:p>
          <w:p w14:paraId="574B7232" w14:textId="77777777" w:rsidR="007432D3" w:rsidRPr="0076075C" w:rsidRDefault="007432D3" w:rsidP="00752988">
            <w:pPr>
              <w:jc w:val="center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      ................./.................../.................</w:t>
            </w:r>
          </w:p>
        </w:tc>
      </w:tr>
      <w:tr w:rsidR="007432D3" w:rsidRPr="0076075C" w14:paraId="486A1C69" w14:textId="77777777" w:rsidTr="00752988">
        <w:trPr>
          <w:trHeight w:val="2744"/>
        </w:trPr>
        <w:tc>
          <w:tcPr>
            <w:tcW w:w="9675" w:type="dxa"/>
            <w:gridSpan w:val="2"/>
          </w:tcPr>
          <w:p w14:paraId="4329638D" w14:textId="77777777" w:rsidR="007432D3" w:rsidRPr="0076075C" w:rsidRDefault="007432D3" w:rsidP="00752988">
            <w:pPr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76075C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เรียน</w:t>
            </w: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 คณบดีคณะอักษรศาสตร์</w:t>
            </w:r>
          </w:p>
          <w:p w14:paraId="25DCF06A" w14:textId="0262C011" w:rsidR="007432D3" w:rsidRPr="0076075C" w:rsidRDefault="007432D3" w:rsidP="00752988">
            <w:pPr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        คณะกรรมการส่งเสริมผลงานวิชาการคณะอักษรศาสตร์ในการประชุมครั้งที่.........../.............เมื่อวันที่ .......................... </w:t>
            </w:r>
            <w:r>
              <w:rPr>
                <w:rFonts w:ascii="TH SarabunPSK" w:hAnsi="TH SarabunPSK" w:cs="TH SarabunPSK"/>
                <w:spacing w:val="-4"/>
                <w:sz w:val="30"/>
                <w:szCs w:val="30"/>
                <w:cs/>
                <w:lang w:bidi="th-TH"/>
              </w:rPr>
              <w:br/>
            </w: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มีมติเห็นสมควรสนับสนุนเป็นจำนวนเงิน ...............................</w:t>
            </w:r>
            <w:r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  <w:lang w:bidi="th-TH"/>
              </w:rPr>
              <w:t>....</w:t>
            </w: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... บาท</w:t>
            </w:r>
          </w:p>
          <w:p w14:paraId="27FFE455" w14:textId="77777777" w:rsidR="007432D3" w:rsidRDefault="007432D3" w:rsidP="00752988">
            <w:pPr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</w:p>
          <w:p w14:paraId="1EE751D8" w14:textId="77777777" w:rsidR="007432D3" w:rsidRDefault="007432D3" w:rsidP="00752988">
            <w:pPr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</w:p>
          <w:p w14:paraId="2B3B9174" w14:textId="77777777" w:rsidR="007432D3" w:rsidRPr="0076075C" w:rsidRDefault="007432D3" w:rsidP="00752988">
            <w:pPr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</w:p>
          <w:p w14:paraId="2747DBA5" w14:textId="74833258" w:rsidR="007432D3" w:rsidRPr="0076075C" w:rsidRDefault="007432D3" w:rsidP="00752988">
            <w:pPr>
              <w:jc w:val="right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ลงชื่อ...........................</w:t>
            </w:r>
            <w:r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  <w:lang w:bidi="th-TH"/>
              </w:rPr>
              <w:t>.....................</w:t>
            </w: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.............................................</w:t>
            </w:r>
          </w:p>
          <w:p w14:paraId="0AC20DE1" w14:textId="77777777" w:rsidR="007432D3" w:rsidRPr="0076075C" w:rsidRDefault="007432D3" w:rsidP="00752988">
            <w:pPr>
              <w:jc w:val="center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                                                                               (</w:t>
            </w:r>
            <w:r w:rsidRPr="0076075C">
              <w:rPr>
                <w:rFonts w:ascii="TH SarabunPSK" w:hAnsi="TH SarabunPSK" w:cs="TH SarabunPSK"/>
                <w:sz w:val="30"/>
                <w:szCs w:val="30"/>
                <w:cs/>
              </w:rPr>
              <w:t>ศ.ดร.กนกวรรณ เลาหบูรณะกิจ คะตะกิริ</w:t>
            </w: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)</w:t>
            </w:r>
          </w:p>
          <w:p w14:paraId="519B2869" w14:textId="77777777" w:rsidR="007432D3" w:rsidRPr="0076075C" w:rsidRDefault="007432D3" w:rsidP="00752988">
            <w:pPr>
              <w:jc w:val="center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                                                                            รองคณบดีฝ่ายวิจัย</w:t>
            </w:r>
            <w:r w:rsidRPr="0076075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br/>
              <w:t xml:space="preserve">                                                                                 ................./.................../.................</w:t>
            </w:r>
          </w:p>
        </w:tc>
      </w:tr>
    </w:tbl>
    <w:p w14:paraId="58D72A0F" w14:textId="77777777" w:rsidR="007432D3" w:rsidRPr="007432D3" w:rsidRDefault="007432D3">
      <w:pPr>
        <w:spacing w:after="0"/>
        <w:jc w:val="center"/>
        <w:rPr>
          <w:rFonts w:ascii="TH SarabunPSK" w:hAnsi="TH SarabunPSK" w:cs="TH SarabunPSK"/>
          <w:b/>
          <w:szCs w:val="32"/>
          <w:lang w:bidi="th-TH"/>
        </w:rPr>
      </w:pPr>
    </w:p>
    <w:sectPr w:rsidR="007432D3" w:rsidRPr="007432D3" w:rsidSect="00034616">
      <w:footerReference w:type="default" r:id="rId9"/>
      <w:pgSz w:w="12240" w:h="15840"/>
      <w:pgMar w:top="964" w:right="1134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54E74" w14:textId="77777777" w:rsidR="00472571" w:rsidRDefault="00472571">
      <w:pPr>
        <w:spacing w:after="0" w:line="240" w:lineRule="auto"/>
      </w:pPr>
      <w:r>
        <w:separator/>
      </w:r>
    </w:p>
  </w:endnote>
  <w:endnote w:type="continuationSeparator" w:id="0">
    <w:p w14:paraId="2C9657FA" w14:textId="77777777" w:rsidR="00472571" w:rsidRDefault="0047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Cordia New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4B46F" w14:textId="77777777" w:rsidR="009A06D5" w:rsidRDefault="00297D41">
    <w:pPr>
      <w:pStyle w:val="Footer"/>
      <w:jc w:val="center"/>
    </w:pPr>
    <w:proofErr w:type="spellStart"/>
    <w:r>
      <w:rPr>
        <w:sz w:val="20"/>
      </w:rPr>
      <w:t>คณะอักษรศาสตร์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จุฬาลงกรณ์มหาวิทยาลัย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CE98A" w14:textId="77777777" w:rsidR="00472571" w:rsidRDefault="00472571">
      <w:pPr>
        <w:spacing w:after="0" w:line="240" w:lineRule="auto"/>
      </w:pPr>
      <w:r>
        <w:separator/>
      </w:r>
    </w:p>
  </w:footnote>
  <w:footnote w:type="continuationSeparator" w:id="0">
    <w:p w14:paraId="2D092966" w14:textId="77777777" w:rsidR="00472571" w:rsidRDefault="00472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9488289">
    <w:abstractNumId w:val="8"/>
  </w:num>
  <w:num w:numId="2" w16cid:durableId="1854493397">
    <w:abstractNumId w:val="6"/>
  </w:num>
  <w:num w:numId="3" w16cid:durableId="1783920354">
    <w:abstractNumId w:val="5"/>
  </w:num>
  <w:num w:numId="4" w16cid:durableId="711657623">
    <w:abstractNumId w:val="4"/>
  </w:num>
  <w:num w:numId="5" w16cid:durableId="538931197">
    <w:abstractNumId w:val="7"/>
  </w:num>
  <w:num w:numId="6" w16cid:durableId="577642657">
    <w:abstractNumId w:val="3"/>
  </w:num>
  <w:num w:numId="7" w16cid:durableId="449085309">
    <w:abstractNumId w:val="2"/>
  </w:num>
  <w:num w:numId="8" w16cid:durableId="1336374983">
    <w:abstractNumId w:val="1"/>
  </w:num>
  <w:num w:numId="9" w16cid:durableId="88043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288"/>
    <w:rsid w:val="0006063C"/>
    <w:rsid w:val="000C2ED9"/>
    <w:rsid w:val="0015074B"/>
    <w:rsid w:val="001E31E9"/>
    <w:rsid w:val="0029639D"/>
    <w:rsid w:val="00297D41"/>
    <w:rsid w:val="00326F90"/>
    <w:rsid w:val="00411B70"/>
    <w:rsid w:val="00472571"/>
    <w:rsid w:val="00623445"/>
    <w:rsid w:val="007432D3"/>
    <w:rsid w:val="007A22B4"/>
    <w:rsid w:val="009A06D5"/>
    <w:rsid w:val="00AA1D8D"/>
    <w:rsid w:val="00B47730"/>
    <w:rsid w:val="00CB0664"/>
    <w:rsid w:val="00DA6511"/>
    <w:rsid w:val="00E07155"/>
    <w:rsid w:val="00F12BA5"/>
    <w:rsid w:val="00F147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E57D4C"/>
  <w14:defaultImageDpi w14:val="300"/>
  <w15:docId w15:val="{7664758A-5FFE-4FDE-B7E3-03AA15668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H Sarabun New" w:eastAsia="TH Sarabun New" w:hAnsi="TH Sarabun New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Wannapha Thalumphuk</cp:lastModifiedBy>
  <cp:revision>3</cp:revision>
  <dcterms:created xsi:type="dcterms:W3CDTF">2026-10-22T03:35:00Z</dcterms:created>
  <dcterms:modified xsi:type="dcterms:W3CDTF">2026-10-22T03:36:00Z</dcterms:modified>
  <cp:category/>
</cp:coreProperties>
</file>